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336" w:lineRule="auto"/>
      </w:pPr>
    </w:p>
    <w:p>
      <w:pPr>
        <w:spacing w:before="0" w:after="0" w:line="336" w:lineRule="auto"/>
      </w:pPr>
    </w:p>
    <w:p>
      <w:pPr>
        <w:spacing w:before="0" w:after="0" w:line="336" w:lineRule="auto"/>
      </w:pPr>
    </w:p>
    <w:p>
      <w:pPr>
        <w:spacing w:before="0" w:after="200" w:line="336" w:lineRule="auto"/>
        <w:jc w:val="center"/>
      </w:pPr>
      <w:r>
        <w:rPr>
          <w:rFonts w:ascii="黑体" w:hAnsi="黑体" w:eastAsia="黑体"/>
          <w:b/>
          <w:sz w:val="44"/>
          <w:u w:val="none"/>
        </w:rPr>
        <w:t>“四个未来”优秀应用案例申报表</w:t>
      </w:r>
    </w:p>
    <w:p>
      <w:pPr>
        <w:spacing w:before="0" w:after="0" w:line="336" w:lineRule="auto"/>
      </w:pPr>
    </w:p>
    <w:p>
      <w:pPr>
        <w:spacing w:before="0" w:after="0" w:line="336" w:lineRule="auto"/>
      </w:pPr>
    </w:p>
    <w:p>
      <w:pPr>
        <w:tabs>
          <w:tab w:pos="7030" w:val="left" w:leader="underscore"/>
        </w:tabs>
        <w:spacing w:before="120" w:after="120" w:line="360" w:lineRule="auto"/>
        <w:ind w:left="680"/>
      </w:pPr>
      <w:r>
        <w:rPr>
          <w:rFonts w:ascii="宋体" w:hAnsi="宋体" w:eastAsia="宋体"/>
          <w:b/>
          <w:sz w:val="28"/>
          <w:u w:val="none"/>
        </w:rPr>
        <w:t xml:space="preserve">案  例  名  称　　</w:t>
      </w:r>
      <w:r>
        <w:rPr>
          <w:rFonts w:ascii="宋体" w:hAnsi="宋体" w:eastAsia="宋体"/>
          <w:b w:val="0"/>
          <w:sz w:val="28"/>
          <w:u w:val="none"/>
        </w:rPr>
        <w:tab/>
        <w:t xml:space="preserve">　</w:t>
      </w:r>
    </w:p>
    <w:p>
      <w:pPr>
        <w:tabs>
          <w:tab w:pos="7030" w:val="left" w:leader="underscore"/>
        </w:tabs>
        <w:spacing w:before="120" w:after="120" w:line="360" w:lineRule="auto"/>
        <w:ind w:left="680"/>
      </w:pPr>
      <w:r>
        <w:rPr>
          <w:rFonts w:ascii="宋体" w:hAnsi="宋体" w:eastAsia="宋体"/>
          <w:b/>
          <w:sz w:val="28"/>
          <w:u w:val="none"/>
        </w:rPr>
        <w:t xml:space="preserve">案 例 负 责 人　　</w:t>
      </w:r>
      <w:r>
        <w:rPr>
          <w:rFonts w:ascii="宋体" w:hAnsi="宋体" w:eastAsia="宋体"/>
          <w:b w:val="0"/>
          <w:sz w:val="28"/>
          <w:u w:val="none"/>
        </w:rPr>
        <w:tab/>
        <w:t xml:space="preserve">　</w:t>
      </w:r>
    </w:p>
    <w:p>
      <w:pPr>
        <w:tabs>
          <w:tab w:pos="7030" w:val="left" w:leader="underscore"/>
        </w:tabs>
        <w:spacing w:before="120" w:after="120" w:line="360" w:lineRule="auto"/>
        <w:ind w:left="680"/>
      </w:pPr>
      <w:r>
        <w:rPr>
          <w:rFonts w:ascii="宋体" w:hAnsi="宋体" w:eastAsia="宋体"/>
          <w:b/>
          <w:sz w:val="28"/>
          <w:u w:val="none"/>
        </w:rPr>
        <w:t xml:space="preserve">推 荐 分 支 机 构　</w:t>
      </w:r>
      <w:r>
        <w:rPr>
          <w:rFonts w:ascii="宋体" w:hAnsi="宋体" w:eastAsia="宋体"/>
          <w:b w:val="0"/>
          <w:sz w:val="28"/>
          <w:u w:val="none"/>
        </w:rPr>
        <w:tab/>
        <w:t xml:space="preserve">　</w:t>
      </w:r>
    </w:p>
    <w:p>
      <w:pPr>
        <w:tabs>
          <w:tab w:pos="7030" w:val="left" w:leader="underscore"/>
        </w:tabs>
        <w:spacing w:before="120" w:after="120" w:line="360" w:lineRule="auto"/>
        <w:ind w:left="680"/>
      </w:pPr>
      <w:r>
        <w:rPr>
          <w:rFonts w:ascii="宋体" w:hAnsi="宋体" w:eastAsia="宋体"/>
          <w:b/>
          <w:sz w:val="28"/>
          <w:u w:val="none"/>
        </w:rPr>
        <w:t>实 施 单 位 及 盖 章</w:t>
      </w:r>
      <w:r>
        <w:rPr>
          <w:rFonts w:ascii="宋体" w:hAnsi="宋体" w:eastAsia="宋体"/>
          <w:b w:val="0"/>
          <w:sz w:val="28"/>
          <w:u w:val="none"/>
        </w:rPr>
        <w:tab/>
        <w:t xml:space="preserve">　</w:t>
      </w:r>
    </w:p>
    <w:p>
      <w:pPr>
        <w:spacing w:before="120" w:after="120" w:line="360" w:lineRule="auto"/>
        <w:ind w:left="680"/>
      </w:pPr>
      <w:r>
        <w:rPr>
          <w:rFonts w:ascii="宋体" w:hAnsi="宋体" w:eastAsia="宋体"/>
          <w:b/>
          <w:sz w:val="24"/>
          <w:u w:val="none"/>
        </w:rPr>
        <w:t>推  荐  时  间　　2026  年     月     日</w:t>
      </w:r>
    </w:p>
    <w:p>
      <w:pPr>
        <w:spacing w:before="0" w:after="0" w:line="336" w:lineRule="auto"/>
      </w:pPr>
    </w:p>
    <w:p>
      <w:pPr>
        <w:spacing w:before="0" w:after="0" w:line="336" w:lineRule="auto"/>
      </w:pPr>
    </w:p>
    <w:p>
      <w:pPr>
        <w:spacing w:before="0" w:after="0" w:line="336" w:lineRule="auto"/>
      </w:pPr>
    </w:p>
    <w:p>
      <w:pPr>
        <w:spacing w:before="0" w:after="0" w:line="336" w:lineRule="auto"/>
        <w:jc w:val="center"/>
      </w:pPr>
      <w:r>
        <w:rPr>
          <w:rFonts w:ascii="宋体" w:hAnsi="宋体" w:eastAsia="宋体"/>
          <w:b/>
          <w:sz w:val="32"/>
          <w:u w:val="none"/>
        </w:rPr>
        <w:t>中国教育技术协会制</w:t>
      </w:r>
    </w:p>
    <w:p>
      <w:pPr>
        <w:spacing w:before="0" w:after="0" w:line="336" w:lineRule="auto"/>
        <w:jc w:val="center"/>
      </w:pPr>
      <w:r>
        <w:rPr>
          <w:rFonts w:ascii="宋体" w:hAnsi="宋体" w:eastAsia="宋体"/>
          <w:b/>
          <w:sz w:val="32"/>
          <w:u w:val="none"/>
        </w:rPr>
        <w:t>2026 年 10 月</w:t>
      </w:r>
    </w:p>
    <w:p>
      <w:r>
        <w:br w:type="page"/>
      </w:r>
    </w:p>
    <w:p>
      <w:pPr>
        <w:spacing w:before="0" w:after="200" w:line="336" w:lineRule="auto"/>
        <w:jc w:val="center"/>
      </w:pPr>
      <w:r>
        <w:rPr>
          <w:rFonts w:ascii="宋体" w:hAnsi="宋体" w:eastAsia="宋体"/>
          <w:b/>
          <w:sz w:val="28"/>
          <w:u w:val="none"/>
        </w:rPr>
        <w:t>案例负责人承诺书</w:t>
      </w:r>
    </w:p>
    <w:p>
      <w:pPr>
        <w:spacing w:before="0" w:after="120" w:line="360" w:lineRule="auto"/>
        <w:ind w:firstLine="480"/>
      </w:pPr>
      <w:r>
        <w:rPr>
          <w:rFonts w:ascii="宋体" w:hAnsi="宋体" w:eastAsia="宋体"/>
          <w:b w:val="0"/>
          <w:sz w:val="24"/>
          <w:u w:val="none"/>
        </w:rPr>
        <w:t>在申报过程中，本人自愿做出如下承诺：</w:t>
      </w:r>
    </w:p>
    <w:p>
      <w:pPr>
        <w:spacing w:before="0" w:after="80" w:line="360" w:lineRule="auto"/>
        <w:ind w:firstLine="480"/>
      </w:pPr>
      <w:r>
        <w:rPr>
          <w:rFonts w:ascii="宋体" w:hAnsi="宋体" w:eastAsia="宋体"/>
          <w:b w:val="0"/>
          <w:sz w:val="24"/>
          <w:u w:val="none"/>
        </w:rPr>
        <w:t>1. 对填写的各项内容负责，案例材料真实、可靠，不存在知识产权争议，未弄虚作假、未剽窃他人成果。</w:t>
      </w:r>
    </w:p>
    <w:p>
      <w:pPr>
        <w:spacing w:before="0" w:after="80" w:line="360" w:lineRule="auto"/>
        <w:ind w:firstLine="480"/>
      </w:pPr>
      <w:r>
        <w:rPr>
          <w:rFonts w:ascii="宋体" w:hAnsi="宋体" w:eastAsia="宋体"/>
          <w:b w:val="0"/>
          <w:sz w:val="24"/>
          <w:u w:val="none"/>
        </w:rPr>
        <w:t>2. 案例所体现的办学方向、政策措施全面贯彻党的教育方针，符合宪法法律和党和国家教育政策导向。</w:t>
      </w:r>
    </w:p>
    <w:p>
      <w:pPr>
        <w:spacing w:before="0" w:after="80" w:line="360" w:lineRule="auto"/>
        <w:ind w:firstLine="480"/>
      </w:pPr>
      <w:r>
        <w:rPr>
          <w:rFonts w:ascii="宋体" w:hAnsi="宋体" w:eastAsia="宋体"/>
          <w:b w:val="0"/>
          <w:sz w:val="24"/>
          <w:u w:val="none"/>
        </w:rPr>
        <w:t>3. 案例在技术应用或教学模式上有实质突破，经验做法对同类学校、同类区域具有借鉴意义，不依赖特殊硬件或独家资源，具备在更大范围复制推广的条件。</w:t>
      </w:r>
    </w:p>
    <w:p>
      <w:pPr>
        <w:spacing w:before="0" w:after="80" w:line="360" w:lineRule="auto"/>
        <w:ind w:firstLine="480"/>
      </w:pPr>
      <w:r>
        <w:rPr>
          <w:rFonts w:ascii="宋体" w:hAnsi="宋体" w:eastAsia="宋体"/>
          <w:b w:val="0"/>
          <w:sz w:val="24"/>
          <w:u w:val="none"/>
        </w:rPr>
        <w:t>4. 所填应用成效数据均注明统计口径与来源，真实可核查；佐证材料已按通知要求加盖推荐或申报单位公章。</w:t>
      </w:r>
    </w:p>
    <w:p>
      <w:pPr>
        <w:spacing w:before="0" w:after="80" w:line="360" w:lineRule="auto"/>
        <w:ind w:firstLine="480"/>
      </w:pPr>
      <w:r>
        <w:rPr>
          <w:rFonts w:ascii="宋体" w:hAnsi="宋体" w:eastAsia="宋体"/>
          <w:b w:val="0"/>
          <w:sz w:val="24"/>
          <w:u w:val="none"/>
        </w:rPr>
        <w:t>5. 自愿接受本次征集的遴选与展示，同意协会以多种方式推动案例成果在全国范围内推广。</w:t>
      </w:r>
    </w:p>
    <w:p>
      <w:pPr>
        <w:spacing w:before="0" w:after="0" w:line="336" w:lineRule="auto"/>
      </w:pPr>
    </w:p>
    <w:p>
      <w:pPr>
        <w:spacing w:line="360" w:lineRule="auto"/>
      </w:pPr>
      <w:r>
        <w:rPr>
          <w:rFonts w:ascii="宋体" w:hAnsi="宋体" w:eastAsia="宋体"/>
          <w:b w:val="0"/>
          <w:sz w:val="24"/>
          <w:u w:val="none"/>
        </w:rPr>
        <w:t>案例负责人签字：　　　　　　所在单位主要负责人签字（签章）：</w:t>
      </w:r>
    </w:p>
    <w:p>
      <w:pPr>
        <w:spacing w:before="0" w:after="0" w:line="336" w:lineRule="auto"/>
      </w:pPr>
    </w:p>
    <w:p>
      <w:pPr>
        <w:spacing w:line="360" w:lineRule="auto"/>
        <w:ind w:left="5443"/>
      </w:pPr>
      <w:r>
        <w:rPr>
          <w:rFonts w:ascii="宋体" w:hAnsi="宋体" w:eastAsia="宋体"/>
          <w:b w:val="0"/>
          <w:sz w:val="24"/>
          <w:u w:val="none"/>
        </w:rPr>
        <w:t>年　　月　　日</w:t>
      </w:r>
    </w:p>
    <w:p>
      <w:r>
        <w:br w:type="page"/>
      </w:r>
    </w:p>
    <w:p>
      <w:pPr>
        <w:keepNext/>
        <w:spacing w:before="240" w:after="100" w:line="312" w:lineRule="auto"/>
      </w:pPr>
      <w:r>
        <w:rPr>
          <w:rFonts w:ascii="黑体" w:hAnsi="黑体" w:eastAsia="黑体"/>
          <w:b/>
          <w:sz w:val="28"/>
          <w:u w:val="none"/>
        </w:rPr>
        <w:t>一、案例类别</w:t>
      </w:r>
    </w:p>
    <w:p>
      <w:pPr>
        <w:keepNext/>
        <w:spacing w:before="160" w:after="60" w:line="312" w:lineRule="auto"/>
      </w:pPr>
      <w:r>
        <w:rPr>
          <w:rFonts w:ascii="宋体" w:hAnsi="宋体" w:eastAsia="宋体"/>
          <w:b/>
          <w:sz w:val="24"/>
          <w:u w:val="none"/>
        </w:rPr>
        <w:t>（一）在下列案例方向中打“√”（可多选；鼓励跨方向融合创新，跨方向申报的将排在第一位的作为主方向）</w:t>
      </w:r>
    </w:p>
    <w:p>
      <w:pPr>
        <w:spacing w:before="0" w:after="80" w:line="384" w:lineRule="auto"/>
      </w:pPr>
      <w:r>
        <w:rPr>
          <w:rFonts w:ascii="宋体" w:hAnsi="宋体" w:eastAsia="宋体"/>
          <w:b w:val="0"/>
          <w:sz w:val="24"/>
          <w:u w:val="none"/>
        </w:rPr>
        <w:t>□1-未来课堂　　　□2-未来学校　　　□3-未来学习中心　　　□4-未来实训中心</w:t>
      </w:r>
    </w:p>
    <w:p>
      <w:pPr>
        <w:tabs>
          <w:tab w:pos="8164" w:val="left" w:leader="underscore"/>
        </w:tabs>
        <w:spacing w:before="120" w:after="120" w:line="336" w:lineRule="auto"/>
      </w:pPr>
      <w:r>
        <w:rPr>
          <w:rFonts w:ascii="宋体" w:hAnsi="宋体" w:eastAsia="宋体"/>
          <w:b/>
          <w:sz w:val="24"/>
          <w:u w:val="none"/>
        </w:rPr>
        <w:t>（二）主方向（填序号，仅跨方向申报时填写）：</w:t>
      </w:r>
      <w:r>
        <w:rPr>
          <w:rFonts w:ascii="宋体" w:hAnsi="宋体" w:eastAsia="宋体"/>
          <w:b w:val="0"/>
          <w:sz w:val="24"/>
          <w:u w:val="none"/>
        </w:rPr>
        <w:tab/>
        <w:t xml:space="preserve">　</w:t>
      </w:r>
    </w:p>
    <w:p>
      <w:pPr>
        <w:keepNext/>
        <w:spacing w:before="160" w:after="60" w:line="312" w:lineRule="auto"/>
      </w:pPr>
      <w:r>
        <w:rPr>
          <w:rFonts w:ascii="宋体" w:hAnsi="宋体" w:eastAsia="宋体"/>
          <w:b/>
          <w:sz w:val="24"/>
          <w:u w:val="none"/>
        </w:rPr>
        <w:t>（三）在下列申报主体情形中打“√”（限选一项）</w:t>
      </w:r>
    </w:p>
    <w:p>
      <w:pPr>
        <w:spacing w:before="0" w:after="40" w:line="360" w:lineRule="auto"/>
      </w:pPr>
      <w:r>
        <w:rPr>
          <w:rFonts w:ascii="宋体" w:hAnsi="宋体" w:eastAsia="宋体"/>
          <w:b w:val="0"/>
          <w:sz w:val="23"/>
          <w:u w:val="none"/>
        </w:rPr>
        <w:t>□1-以协会分支机构名义推荐报送</w:t>
      </w:r>
    </w:p>
    <w:p>
      <w:pPr>
        <w:spacing w:before="0" w:after="80" w:line="360" w:lineRule="auto"/>
      </w:pPr>
      <w:r>
        <w:rPr>
          <w:rFonts w:ascii="宋体" w:hAnsi="宋体" w:eastAsia="宋体"/>
          <w:b w:val="0"/>
          <w:sz w:val="23"/>
          <w:u w:val="none"/>
        </w:rPr>
        <w:t>□2-以协会单位会员名义申报并经分支机构推荐</w:t>
      </w:r>
    </w:p>
    <w:p>
      <w:pPr>
        <w:tabs>
          <w:tab w:pos="6803" w:val="left" w:leader="underscore"/>
        </w:tabs>
        <w:spacing w:before="120" w:after="120" w:line="336" w:lineRule="auto"/>
      </w:pPr>
      <w:r>
        <w:rPr>
          <w:rFonts w:ascii="宋体" w:hAnsi="宋体" w:eastAsia="宋体"/>
          <w:b/>
          <w:sz w:val="24"/>
          <w:u w:val="none"/>
        </w:rPr>
        <w:t>（四）推荐分支机构名称：</w:t>
      </w:r>
      <w:r>
        <w:rPr>
          <w:rFonts w:ascii="宋体" w:hAnsi="宋体" w:eastAsia="宋体"/>
          <w:b w:val="0"/>
          <w:sz w:val="24"/>
          <w:u w:val="none"/>
        </w:rPr>
        <w:tab/>
        <w:t xml:space="preserve">　</w:t>
      </w:r>
    </w:p>
    <w:p>
      <w:pPr>
        <w:keepNext/>
        <w:spacing w:before="240" w:after="100" w:line="312" w:lineRule="auto"/>
      </w:pPr>
      <w:r>
        <w:rPr>
          <w:rFonts w:ascii="黑体" w:hAnsi="黑体" w:eastAsia="黑体"/>
          <w:b/>
          <w:sz w:val="28"/>
          <w:u w:val="none"/>
        </w:rPr>
        <w:t>二、案例简介</w:t>
      </w:r>
    </w:p>
    <w:tbl>
      <w:tblPr>
        <w:jc w:val="center"/>
        <w:tblLook w:firstColumn="1" w:firstRow="1" w:lastColumn="0" w:lastRow="0" w:noHBand="0" w:noVBand="1" w:val="04A0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W w:type="dxa" w:w="8958"/>
        <w:tblLayout w:type="fixed"/>
      </w:tblPr>
      <w:tblGrid>
        <w:gridCol w:w="2211"/>
        <w:gridCol w:w="2438"/>
        <w:gridCol w:w="1701"/>
        <w:gridCol w:w="2608"/>
      </w:tblGrid>
      <w:tr>
        <w:tc>
          <w:tcPr>
            <w:tcW w:type="dxa" w:w="2211"/>
            <w:vAlign w:val="center"/>
            <w:shd w:val="clear" w:color="auto" w:fill="F2F2F2"/>
          </w:tcPr>
          <w:p>
            <w:pPr>
              <w:keepNext/>
              <w:spacing w:before="0" w:after="0" w:line="300" w:lineRule="auto"/>
              <w:jc w:val="center"/>
            </w:pPr>
            <w:r/>
            <w:r>
              <w:rPr>
                <w:rFonts w:ascii="宋体" w:hAnsi="宋体" w:eastAsia="宋体"/>
                <w:b/>
                <w:sz w:val="21"/>
                <w:u w:val="none"/>
              </w:rPr>
              <w:t>案例名称</w:t>
            </w:r>
          </w:p>
        </w:tc>
        <w:tc>
          <w:tcPr>
            <w:tcW w:type="dxa" w:w="6747"/>
            <w:gridSpan w:val="3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</w:tr>
      <w:tr>
        <w:tc>
          <w:tcPr>
            <w:tcW w:type="dxa" w:w="2211"/>
            <w:vAlign w:val="center"/>
            <w:shd w:val="clear" w:color="auto" w:fill="F2F2F2"/>
          </w:tcPr>
          <w:p>
            <w:pPr>
              <w:keepNext/>
              <w:spacing w:before="0" w:after="0" w:line="300" w:lineRule="auto"/>
              <w:jc w:val="center"/>
            </w:pPr>
            <w:r/>
            <w:r>
              <w:rPr>
                <w:rFonts w:ascii="宋体" w:hAnsi="宋体" w:eastAsia="宋体"/>
                <w:b/>
                <w:sz w:val="21"/>
                <w:u w:val="none"/>
              </w:rPr>
              <w:t>实施起止时间</w:t>
            </w:r>
          </w:p>
        </w:tc>
        <w:tc>
          <w:tcPr>
            <w:tcW w:type="dxa" w:w="6747"/>
            <w:gridSpan w:val="3"/>
            <w:vAlign w:val="center"/>
          </w:tcPr>
          <w:p>
            <w:pPr>
              <w:keepNext/>
              <w:spacing w:before="0" w:after="0" w:line="300" w:lineRule="auto"/>
            </w:pPr>
            <w:r/>
            <w:r>
              <w:rPr>
                <w:rFonts w:ascii="宋体" w:hAnsi="宋体" w:eastAsia="宋体"/>
                <w:b w:val="0"/>
                <w:sz w:val="21"/>
                <w:u w:val="none"/>
              </w:rPr>
              <w:t>起始：　　　年　　月　　　　完成：　　　年　　月</w:t>
            </w:r>
          </w:p>
        </w:tc>
      </w:tr>
      <w:tr>
        <w:tc>
          <w:tcPr>
            <w:tcW w:type="dxa" w:w="2211"/>
            <w:vAlign w:val="center"/>
            <w:shd w:val="clear" w:color="auto" w:fill="F2F2F2"/>
          </w:tcPr>
          <w:p>
            <w:pPr>
              <w:keepNext/>
              <w:spacing w:before="0" w:after="0" w:line="300" w:lineRule="auto"/>
              <w:jc w:val="center"/>
            </w:pPr>
            <w:r/>
            <w:r>
              <w:rPr>
                <w:rFonts w:ascii="宋体" w:hAnsi="宋体" w:eastAsia="宋体"/>
                <w:b/>
                <w:sz w:val="21"/>
                <w:u w:val="none"/>
              </w:rPr>
              <w:t>关键词（3—5个）</w:t>
            </w:r>
          </w:p>
        </w:tc>
        <w:tc>
          <w:tcPr>
            <w:tcW w:type="dxa" w:w="6747"/>
            <w:gridSpan w:val="3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</w:tr>
      <w:tr>
        <w:tc>
          <w:tcPr>
            <w:tcW w:type="dxa" w:w="2211"/>
            <w:vAlign w:val="center"/>
            <w:shd w:val="clear" w:color="auto" w:fill="F2F2F2"/>
          </w:tcPr>
          <w:p>
            <w:pPr>
              <w:keepNext/>
              <w:spacing w:before="0" w:after="0" w:line="300" w:lineRule="auto"/>
              <w:jc w:val="center"/>
            </w:pPr>
            <w:r/>
            <w:r>
              <w:rPr>
                <w:rFonts w:ascii="宋体" w:hAnsi="宋体" w:eastAsia="宋体"/>
                <w:b/>
                <w:sz w:val="21"/>
                <w:u w:val="none"/>
              </w:rPr>
              <w:t>应用学段／场景</w:t>
            </w:r>
          </w:p>
        </w:tc>
        <w:tc>
          <w:tcPr>
            <w:tcW w:type="dxa" w:w="6747"/>
            <w:gridSpan w:val="3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</w:tr>
      <w:tr>
        <w:tc>
          <w:tcPr>
            <w:tcW w:type="dxa" w:w="2211"/>
            <w:vAlign w:val="center"/>
            <w:shd w:val="clear" w:color="auto" w:fill="F2F2F2"/>
          </w:tcPr>
          <w:p>
            <w:pPr>
              <w:keepNext/>
              <w:spacing w:before="0" w:after="0" w:line="300" w:lineRule="auto"/>
              <w:jc w:val="center"/>
            </w:pPr>
            <w:r/>
            <w:r>
              <w:rPr>
                <w:rFonts w:ascii="宋体" w:hAnsi="宋体" w:eastAsia="宋体"/>
                <w:b/>
                <w:sz w:val="21"/>
                <w:u w:val="none"/>
              </w:rPr>
              <w:t>覆盖规模</w:t>
            </w:r>
          </w:p>
        </w:tc>
        <w:tc>
          <w:tcPr>
            <w:tcW w:type="dxa" w:w="2438"/>
            <w:vAlign w:val="center"/>
          </w:tcPr>
          <w:p>
            <w:pPr>
              <w:keepNext/>
              <w:spacing w:before="0" w:after="0" w:line="300" w:lineRule="auto"/>
            </w:pPr>
            <w:r/>
            <w:r>
              <w:rPr>
                <w:rFonts w:ascii="宋体" w:hAnsi="宋体" w:eastAsia="宋体"/>
                <w:b w:val="0"/>
                <w:sz w:val="21"/>
                <w:u w:val="none"/>
              </w:rPr>
              <w:t>班级　　　个</w:t>
            </w:r>
          </w:p>
        </w:tc>
        <w:tc>
          <w:tcPr>
            <w:tcW w:type="dxa" w:w="1701"/>
            <w:vAlign w:val="center"/>
          </w:tcPr>
          <w:p>
            <w:pPr>
              <w:keepNext/>
              <w:spacing w:before="0" w:after="0" w:line="300" w:lineRule="auto"/>
            </w:pPr>
            <w:r/>
            <w:r>
              <w:rPr>
                <w:rFonts w:ascii="宋体" w:hAnsi="宋体" w:eastAsia="宋体"/>
                <w:b w:val="0"/>
                <w:sz w:val="21"/>
                <w:u w:val="none"/>
              </w:rPr>
              <w:t>学生　　　人</w:t>
            </w:r>
          </w:p>
        </w:tc>
        <w:tc>
          <w:tcPr>
            <w:tcW w:type="dxa" w:w="2608"/>
            <w:vAlign w:val="center"/>
          </w:tcPr>
          <w:p>
            <w:pPr>
              <w:keepNext/>
              <w:spacing w:before="0" w:after="0" w:line="300" w:lineRule="auto"/>
            </w:pPr>
            <w:r/>
            <w:r>
              <w:rPr>
                <w:rFonts w:ascii="宋体" w:hAnsi="宋体" w:eastAsia="宋体"/>
                <w:b w:val="0"/>
                <w:sz w:val="21"/>
                <w:u w:val="none"/>
              </w:rPr>
              <w:t>教师　　　人</w:t>
            </w:r>
          </w:p>
        </w:tc>
      </w:tr>
      <w:tr>
        <w:tc>
          <w:tcPr>
            <w:tcW w:type="dxa" w:w="8958"/>
            <w:gridSpan w:val="4"/>
            <w:vAlign w:val="center"/>
            <w:shd w:val="clear" w:color="auto" w:fill="F2F2F2"/>
          </w:tcPr>
          <w:p>
            <w:pPr>
              <w:keepNext/>
              <w:spacing w:before="0" w:after="0" w:line="300" w:lineRule="auto"/>
              <w:jc w:val="left"/>
            </w:pPr>
            <w:r/>
            <w:r>
              <w:rPr>
                <w:rFonts w:ascii="宋体" w:hAnsi="宋体" w:eastAsia="宋体"/>
                <w:b/>
                <w:sz w:val="21"/>
                <w:u w:val="none"/>
              </w:rPr>
              <w:t>1.案例概要（500 字以内）</w:t>
            </w:r>
          </w:p>
        </w:tc>
      </w:tr>
      <w:tr>
        <w:trPr>
          <w:cantSplit/>
          <w:trHeight w:val="3118" w:hRule="atLeast"/>
        </w:trPr>
        <w:tc>
          <w:tcPr>
            <w:tcW w:type="dxa" w:w="8958"/>
            <w:gridSpan w:val="4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</w:tr>
    </w:tbl>
    <w:p>
      <w:pPr>
        <w:spacing w:before="0" w:after="0" w:line="80" w:lineRule="exact"/>
      </w:pPr>
      <w:r>
        <w:rPr>
          <w:sz w:val="2"/>
        </w:rPr>
      </w:r>
    </w:p>
    <w:p>
      <w:pPr>
        <w:keepNext/>
        <w:spacing w:before="240" w:after="100" w:line="312" w:lineRule="auto"/>
      </w:pPr>
      <w:r>
        <w:rPr>
          <w:rFonts w:ascii="黑体" w:hAnsi="黑体" w:eastAsia="黑体"/>
          <w:b/>
          <w:sz w:val="28"/>
          <w:u w:val="none"/>
        </w:rPr>
        <w:t>三、案例正文（须完整覆盖以下要素）</w:t>
      </w:r>
    </w:p>
    <w:tbl>
      <w:tblPr>
        <w:jc w:val="center"/>
        <w:tblLook w:firstColumn="1" w:firstRow="1" w:lastColumn="0" w:lastRow="0" w:noHBand="0" w:noVBand="1" w:val="04A0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W w:type="dxa" w:w="8958"/>
        <w:tblLayout w:type="fixed"/>
      </w:tblPr>
      <w:tblGrid>
        <w:gridCol w:w="8958"/>
      </w:tblGrid>
      <w:tr>
        <w:tc>
          <w:tcPr>
            <w:tcW w:type="dxa" w:w="8958"/>
            <w:vAlign w:val="center"/>
            <w:shd w:val="clear" w:color="auto" w:fill="F2F2F2"/>
          </w:tcPr>
          <w:p>
            <w:pPr>
              <w:keepNext/>
              <w:spacing w:before="0" w:after="0" w:line="300" w:lineRule="auto"/>
              <w:jc w:val="left"/>
            </w:pPr>
            <w:r/>
            <w:r>
              <w:rPr>
                <w:rFonts w:ascii="宋体" w:hAnsi="宋体" w:eastAsia="宋体"/>
                <w:b/>
                <w:sz w:val="22"/>
                <w:u w:val="none"/>
              </w:rPr>
              <w:t>2.案例背景与问题痛点（600 字以内）</w:t>
            </w:r>
          </w:p>
        </w:tc>
      </w:tr>
      <w:tr>
        <w:tc>
          <w:tcPr>
            <w:tcW w:type="dxa" w:w="8958"/>
            <w:vAlign w:val="center"/>
          </w:tcPr>
          <w:p>
            <w:pPr>
              <w:keepNext/>
              <w:spacing w:before="0" w:after="0" w:line="300" w:lineRule="auto"/>
              <w:ind w:firstLine="400"/>
            </w:pPr>
            <w:r/>
            <w:r>
              <w:rPr>
                <w:rFonts w:ascii="仿宋" w:hAnsi="仿宋" w:eastAsia="仿宋"/>
                <w:b w:val="0"/>
                <w:sz w:val="20"/>
                <w:u w:val="none"/>
              </w:rPr>
              <w:t>填写要点：说明为什么要做、针对什么具体问题、原有方式存在哪些不足，并简要交代政策依据与现实需求。</w:t>
            </w:r>
          </w:p>
        </w:tc>
      </w:tr>
      <w:tr>
        <w:trPr>
          <w:cantSplit/>
          <w:trHeight w:val="3402" w:hRule="atLeast"/>
        </w:trPr>
        <w:tc>
          <w:tcPr>
            <w:tcW w:type="dxa" w:w="8958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</w:tr>
    </w:tbl>
    <w:p>
      <w:pPr>
        <w:spacing w:before="0" w:after="0" w:line="80" w:lineRule="exact"/>
      </w:pPr>
      <w:r>
        <w:rPr>
          <w:sz w:val="2"/>
        </w:rPr>
      </w:r>
    </w:p>
    <w:tbl>
      <w:tblPr>
        <w:jc w:val="center"/>
        <w:tblLook w:firstColumn="1" w:firstRow="1" w:lastColumn="0" w:lastRow="0" w:noHBand="0" w:noVBand="1" w:val="04A0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W w:type="dxa" w:w="8958"/>
        <w:tblLayout w:type="fixed"/>
      </w:tblPr>
      <w:tblGrid>
        <w:gridCol w:w="8958"/>
      </w:tblGrid>
      <w:tr>
        <w:tc>
          <w:tcPr>
            <w:tcW w:type="dxa" w:w="8958"/>
            <w:vAlign w:val="center"/>
            <w:shd w:val="clear" w:color="auto" w:fill="F2F2F2"/>
          </w:tcPr>
          <w:p>
            <w:pPr>
              <w:keepNext/>
              <w:spacing w:before="0" w:after="0" w:line="300" w:lineRule="auto"/>
              <w:jc w:val="left"/>
            </w:pPr>
            <w:r/>
            <w:r>
              <w:rPr>
                <w:rFonts w:ascii="宋体" w:hAnsi="宋体" w:eastAsia="宋体"/>
                <w:b/>
                <w:sz w:val="22"/>
                <w:u w:val="none"/>
              </w:rPr>
              <w:t>3.实施过程与主要做法（1200 字以内）</w:t>
            </w:r>
          </w:p>
        </w:tc>
      </w:tr>
      <w:tr>
        <w:tc>
          <w:tcPr>
            <w:tcW w:type="dxa" w:w="8958"/>
            <w:vAlign w:val="center"/>
          </w:tcPr>
          <w:p>
            <w:pPr>
              <w:keepNext/>
              <w:spacing w:before="0" w:after="0" w:line="300" w:lineRule="auto"/>
              <w:ind w:firstLine="400"/>
            </w:pPr>
            <w:r/>
            <w:r>
              <w:rPr>
                <w:rFonts w:ascii="仿宋" w:hAnsi="仿宋" w:eastAsia="仿宋"/>
                <w:b w:val="0"/>
                <w:sz w:val="20"/>
                <w:u w:val="none"/>
              </w:rPr>
              <w:t>填写要点：分步骤说明实施路径、关键举措、组织架构与保障机制、重要时间节点，突出可操作性。</w:t>
            </w:r>
          </w:p>
        </w:tc>
      </w:tr>
      <w:tr>
        <w:trPr>
          <w:cantSplit/>
          <w:trHeight w:val="3969" w:hRule="atLeast"/>
        </w:trPr>
        <w:tc>
          <w:tcPr>
            <w:tcW w:type="dxa" w:w="8958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</w:tr>
    </w:tbl>
    <w:p>
      <w:pPr>
        <w:spacing w:before="0" w:after="0" w:line="80" w:lineRule="exact"/>
      </w:pPr>
      <w:r>
        <w:rPr>
          <w:sz w:val="2"/>
        </w:rPr>
      </w:r>
    </w:p>
    <w:tbl>
      <w:tblPr>
        <w:jc w:val="center"/>
        <w:tblLook w:firstColumn="1" w:firstRow="1" w:lastColumn="0" w:lastRow="0" w:noHBand="0" w:noVBand="1" w:val="04A0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W w:type="dxa" w:w="8958"/>
        <w:tblLayout w:type="fixed"/>
      </w:tblPr>
      <w:tblGrid>
        <w:gridCol w:w="8958"/>
      </w:tblGrid>
      <w:tr>
        <w:tc>
          <w:tcPr>
            <w:tcW w:type="dxa" w:w="8958"/>
            <w:vAlign w:val="center"/>
            <w:shd w:val="clear" w:color="auto" w:fill="F2F2F2"/>
          </w:tcPr>
          <w:p>
            <w:pPr>
              <w:keepNext/>
              <w:spacing w:before="0" w:after="0" w:line="300" w:lineRule="auto"/>
              <w:jc w:val="left"/>
            </w:pPr>
            <w:r/>
            <w:r>
              <w:rPr>
                <w:rFonts w:ascii="宋体" w:hAnsi="宋体" w:eastAsia="宋体"/>
                <w:b/>
                <w:sz w:val="22"/>
                <w:u w:val="none"/>
              </w:rPr>
              <w:t>4.案例的创新点（800 字以内）</w:t>
            </w:r>
          </w:p>
        </w:tc>
      </w:tr>
      <w:tr>
        <w:tc>
          <w:tcPr>
            <w:tcW w:type="dxa" w:w="8958"/>
            <w:vAlign w:val="center"/>
          </w:tcPr>
          <w:p>
            <w:pPr>
              <w:keepNext/>
              <w:spacing w:before="0" w:after="0" w:line="300" w:lineRule="auto"/>
              <w:ind w:firstLine="400"/>
            </w:pPr>
            <w:r/>
            <w:r>
              <w:rPr>
                <w:rFonts w:ascii="仿宋" w:hAnsi="仿宋" w:eastAsia="仿宋"/>
                <w:b w:val="0"/>
                <w:sz w:val="20"/>
                <w:u w:val="none"/>
              </w:rPr>
              <w:t>填写要点：说明在技术应用或教学模式上的实质突破、与同类做法的差异所在，避免写成功能罗列。</w:t>
            </w:r>
          </w:p>
        </w:tc>
      </w:tr>
      <w:tr>
        <w:trPr>
          <w:cantSplit/>
          <w:trHeight w:val="3402" w:hRule="atLeast"/>
        </w:trPr>
        <w:tc>
          <w:tcPr>
            <w:tcW w:type="dxa" w:w="8958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</w:tr>
    </w:tbl>
    <w:p>
      <w:pPr>
        <w:spacing w:before="0" w:after="0" w:line="80" w:lineRule="exact"/>
      </w:pPr>
      <w:r>
        <w:rPr>
          <w:sz w:val="2"/>
        </w:rPr>
      </w:r>
    </w:p>
    <w:tbl>
      <w:tblPr>
        <w:jc w:val="center"/>
        <w:tblLook w:firstColumn="1" w:firstRow="1" w:lastColumn="0" w:lastRow="0" w:noHBand="0" w:noVBand="1" w:val="04A0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W w:type="dxa" w:w="8958"/>
        <w:tblLayout w:type="fixed"/>
      </w:tblPr>
      <w:tblGrid>
        <w:gridCol w:w="8958"/>
      </w:tblGrid>
      <w:tr>
        <w:tc>
          <w:tcPr>
            <w:tcW w:type="dxa" w:w="8958"/>
            <w:vAlign w:val="center"/>
            <w:shd w:val="clear" w:color="auto" w:fill="F2F2F2"/>
          </w:tcPr>
          <w:p>
            <w:pPr>
              <w:keepNext/>
              <w:spacing w:before="0" w:after="0" w:line="300" w:lineRule="auto"/>
              <w:jc w:val="left"/>
            </w:pPr>
            <w:r/>
            <w:r>
              <w:rPr>
                <w:rFonts w:ascii="宋体" w:hAnsi="宋体" w:eastAsia="宋体"/>
                <w:b/>
                <w:sz w:val="22"/>
                <w:u w:val="none"/>
              </w:rPr>
              <w:t>5.案例的可持续性（500 字以内，建议填写）</w:t>
            </w:r>
          </w:p>
        </w:tc>
      </w:tr>
      <w:tr>
        <w:tc>
          <w:tcPr>
            <w:tcW w:type="dxa" w:w="8958"/>
            <w:vAlign w:val="center"/>
          </w:tcPr>
          <w:p>
            <w:pPr>
              <w:keepNext/>
              <w:spacing w:before="0" w:after="0" w:line="300" w:lineRule="auto"/>
              <w:ind w:firstLine="400"/>
            </w:pPr>
            <w:r/>
            <w:r>
              <w:rPr>
                <w:rFonts w:ascii="仿宋" w:hAnsi="仿宋" w:eastAsia="仿宋"/>
                <w:b w:val="0"/>
                <w:sz w:val="20"/>
                <w:u w:val="none"/>
              </w:rPr>
              <w:t>填写要点：说明在人力、资金、政策支持下持续迭代并长期发挥价值的长效机制。</w:t>
            </w:r>
          </w:p>
        </w:tc>
      </w:tr>
      <w:tr>
        <w:trPr>
          <w:cantSplit/>
          <w:trHeight w:val="2835" w:hRule="atLeast"/>
        </w:trPr>
        <w:tc>
          <w:tcPr>
            <w:tcW w:type="dxa" w:w="8958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</w:tr>
    </w:tbl>
    <w:p>
      <w:pPr>
        <w:spacing w:before="0" w:after="0" w:line="80" w:lineRule="exact"/>
      </w:pPr>
      <w:r>
        <w:rPr>
          <w:sz w:val="2"/>
        </w:rPr>
      </w:r>
    </w:p>
    <w:tbl>
      <w:tblPr>
        <w:jc w:val="center"/>
        <w:tblLook w:firstColumn="1" w:firstRow="1" w:lastColumn="0" w:lastRow="0" w:noHBand="0" w:noVBand="1" w:val="04A0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W w:type="dxa" w:w="8958"/>
        <w:tblLayout w:type="fixed"/>
      </w:tblPr>
      <w:tblGrid>
        <w:gridCol w:w="8958"/>
      </w:tblGrid>
      <w:tr>
        <w:tc>
          <w:tcPr>
            <w:tcW w:type="dxa" w:w="8958"/>
            <w:vAlign w:val="center"/>
            <w:shd w:val="clear" w:color="auto" w:fill="F2F2F2"/>
          </w:tcPr>
          <w:p>
            <w:pPr>
              <w:keepNext/>
              <w:spacing w:before="0" w:after="0" w:line="300" w:lineRule="auto"/>
              <w:jc w:val="left"/>
            </w:pPr>
            <w:r/>
            <w:r>
              <w:rPr>
                <w:rFonts w:ascii="宋体" w:hAnsi="宋体" w:eastAsia="宋体"/>
                <w:b/>
                <w:sz w:val="22"/>
                <w:u w:val="none"/>
              </w:rPr>
              <w:t>6.案例的可推广性与推广计划（900 字以内）</w:t>
            </w:r>
          </w:p>
        </w:tc>
      </w:tr>
      <w:tr>
        <w:tc>
          <w:tcPr>
            <w:tcW w:type="dxa" w:w="8958"/>
            <w:vAlign w:val="center"/>
          </w:tcPr>
          <w:p>
            <w:pPr>
              <w:keepNext/>
              <w:spacing w:before="0" w:after="0" w:line="300" w:lineRule="auto"/>
              <w:ind w:firstLine="400"/>
            </w:pPr>
            <w:r/>
            <w:r>
              <w:rPr>
                <w:rFonts w:ascii="仿宋" w:hAnsi="仿宋" w:eastAsia="仿宋"/>
                <w:b w:val="0"/>
                <w:sz w:val="20"/>
                <w:u w:val="none"/>
              </w:rPr>
              <w:t>填写要点：说明不依赖特殊硬件或独家资源、可在同类学校与区域复制推广的条件，以及下一步推广的范围、路径、时间表与预期效果。</w:t>
            </w:r>
          </w:p>
        </w:tc>
      </w:tr>
      <w:tr>
        <w:trPr>
          <w:cantSplit/>
          <w:trHeight w:val="3969" w:hRule="atLeast"/>
        </w:trPr>
        <w:tc>
          <w:tcPr>
            <w:tcW w:type="dxa" w:w="8958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</w:tr>
    </w:tbl>
    <w:p>
      <w:pPr>
        <w:spacing w:before="0" w:after="0" w:line="80" w:lineRule="exact"/>
      </w:pPr>
      <w:r>
        <w:rPr>
          <w:sz w:val="2"/>
        </w:rPr>
      </w:r>
    </w:p>
    <w:p>
      <w:pPr>
        <w:keepNext/>
        <w:spacing w:before="240" w:after="100" w:line="312" w:lineRule="auto"/>
      </w:pPr>
      <w:r>
        <w:rPr>
          <w:rFonts w:ascii="黑体" w:hAnsi="黑体" w:eastAsia="黑体"/>
          <w:b/>
          <w:sz w:val="28"/>
          <w:u w:val="none"/>
        </w:rPr>
        <w:t>四、案例应用及效果（900 字以内）</w:t>
      </w:r>
    </w:p>
    <w:tbl>
      <w:tblPr>
        <w:jc w:val="center"/>
        <w:tblLook w:firstColumn="1" w:firstRow="1" w:lastColumn="0" w:lastRow="0" w:noHBand="0" w:noVBand="1" w:val="04A0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W w:type="dxa" w:w="8958"/>
        <w:tblLayout w:type="fixed"/>
      </w:tblPr>
      <w:tblGrid>
        <w:gridCol w:w="2041"/>
        <w:gridCol w:w="2608"/>
        <w:gridCol w:w="1927"/>
        <w:gridCol w:w="2381"/>
      </w:tblGrid>
      <w:tr>
        <w:tc>
          <w:tcPr>
            <w:tcW w:type="dxa" w:w="2041"/>
            <w:vAlign w:val="center"/>
            <w:shd w:val="clear" w:color="auto" w:fill="F2F2F2"/>
          </w:tcPr>
          <w:p>
            <w:pPr>
              <w:keepNext/>
              <w:spacing w:before="0" w:after="0" w:line="300" w:lineRule="auto"/>
              <w:jc w:val="center"/>
            </w:pPr>
            <w:r/>
            <w:r>
              <w:rPr>
                <w:rFonts w:ascii="宋体" w:hAnsi="宋体" w:eastAsia="宋体"/>
                <w:b/>
                <w:sz w:val="21"/>
                <w:u w:val="none"/>
              </w:rPr>
              <w:t>案例应用时间</w:t>
            </w:r>
          </w:p>
        </w:tc>
        <w:tc>
          <w:tcPr>
            <w:tcW w:type="dxa" w:w="6917"/>
            <w:gridSpan w:val="3"/>
            <w:vAlign w:val="center"/>
          </w:tcPr>
          <w:p>
            <w:pPr>
              <w:keepNext/>
              <w:spacing w:before="0" w:after="0" w:line="300" w:lineRule="auto"/>
            </w:pPr>
            <w:r/>
            <w:r>
              <w:rPr>
                <w:rFonts w:ascii="宋体" w:hAnsi="宋体" w:eastAsia="宋体"/>
                <w:b w:val="0"/>
                <w:sz w:val="21"/>
                <w:u w:val="none"/>
              </w:rPr>
              <w:t>起始：　　　年　　月　　　　至：　　　年　　月</w:t>
            </w:r>
          </w:p>
        </w:tc>
      </w:tr>
      <w:tr>
        <w:tc>
          <w:tcPr>
            <w:tcW w:type="dxa" w:w="8958"/>
            <w:gridSpan w:val="4"/>
            <w:vAlign w:val="center"/>
          </w:tcPr>
          <w:p>
            <w:pPr>
              <w:keepNext/>
              <w:spacing w:before="0" w:after="0" w:line="300" w:lineRule="auto"/>
              <w:ind w:firstLine="400"/>
            </w:pPr>
            <w:r/>
            <w:r>
              <w:rPr>
                <w:rFonts w:ascii="仿宋" w:hAnsi="仿宋" w:eastAsia="仿宋"/>
                <w:b w:val="0"/>
                <w:sz w:val="20"/>
                <w:u w:val="none"/>
              </w:rPr>
              <w:t>应用范围、实际成效与典型案例（须与所选案例方向对应，数据注明统计口径与来源）</w:t>
            </w:r>
          </w:p>
        </w:tc>
      </w:tr>
      <w:tr>
        <w:trPr>
          <w:cantSplit/>
          <w:trHeight w:val="4536" w:hRule="atLeast"/>
        </w:trPr>
        <w:tc>
          <w:tcPr>
            <w:tcW w:type="dxa" w:w="8958"/>
            <w:gridSpan w:val="4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</w:tr>
    </w:tbl>
    <w:p>
      <w:pPr>
        <w:spacing w:before="0" w:after="0" w:line="80" w:lineRule="exact"/>
      </w:pPr>
      <w:r>
        <w:rPr>
          <w:sz w:val="2"/>
        </w:rPr>
      </w:r>
    </w:p>
    <w:p>
      <w:pPr>
        <w:keepNext/>
        <w:spacing w:before="240" w:after="100" w:line="312" w:lineRule="auto"/>
      </w:pPr>
      <w:r>
        <w:rPr>
          <w:rFonts w:ascii="黑体" w:hAnsi="黑体" w:eastAsia="黑体"/>
          <w:b/>
          <w:sz w:val="28"/>
          <w:u w:val="none"/>
        </w:rPr>
        <w:t>五、案例曾获奖励情况（限填 3 项，无相关奖励可不填）</w:t>
      </w:r>
    </w:p>
    <w:tbl>
      <w:tblPr>
        <w:jc w:val="center"/>
        <w:tblLook w:firstColumn="1" w:firstRow="1" w:lastColumn="0" w:lastRow="0" w:noHBand="0" w:noVBand="1" w:val="04A0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W w:type="dxa" w:w="8958"/>
        <w:tblLayout w:type="fixed"/>
      </w:tblPr>
      <w:tblGrid>
        <w:gridCol w:w="1360"/>
        <w:gridCol w:w="2835"/>
        <w:gridCol w:w="1927"/>
        <w:gridCol w:w="1134"/>
        <w:gridCol w:w="1701"/>
      </w:tblGrid>
      <w:tr>
        <w:tc>
          <w:tcPr>
            <w:tcW w:type="dxa" w:w="1360"/>
            <w:vAlign w:val="center"/>
            <w:shd w:val="clear" w:color="auto" w:fill="F2F2F2"/>
          </w:tcPr>
          <w:p>
            <w:pPr>
              <w:keepNext/>
              <w:spacing w:before="0" w:after="0" w:line="300" w:lineRule="auto"/>
              <w:jc w:val="center"/>
            </w:pPr>
            <w:r/>
            <w:r>
              <w:rPr>
                <w:rFonts w:ascii="宋体" w:hAnsi="宋体" w:eastAsia="宋体"/>
                <w:b/>
                <w:sz w:val="20"/>
                <w:u w:val="none"/>
              </w:rPr>
              <w:t>时间</w:t>
            </w:r>
          </w:p>
        </w:tc>
        <w:tc>
          <w:tcPr>
            <w:tcW w:type="dxa" w:w="2835"/>
            <w:vAlign w:val="center"/>
            <w:shd w:val="clear" w:color="auto" w:fill="F2F2F2"/>
          </w:tcPr>
          <w:p>
            <w:pPr>
              <w:keepNext/>
              <w:spacing w:before="0" w:after="0" w:line="300" w:lineRule="auto"/>
              <w:jc w:val="center"/>
            </w:pPr>
            <w:r/>
            <w:r>
              <w:rPr>
                <w:rFonts w:ascii="宋体" w:hAnsi="宋体" w:eastAsia="宋体"/>
                <w:b/>
                <w:sz w:val="20"/>
                <w:u w:val="none"/>
              </w:rPr>
              <w:t>案例（成果）名称</w:t>
            </w:r>
          </w:p>
        </w:tc>
        <w:tc>
          <w:tcPr>
            <w:tcW w:type="dxa" w:w="1927"/>
            <w:vAlign w:val="center"/>
            <w:shd w:val="clear" w:color="auto" w:fill="F2F2F2"/>
          </w:tcPr>
          <w:p>
            <w:pPr>
              <w:keepNext/>
              <w:spacing w:before="0" w:after="0" w:line="300" w:lineRule="auto"/>
              <w:jc w:val="center"/>
            </w:pPr>
            <w:r/>
            <w:r>
              <w:rPr>
                <w:rFonts w:ascii="宋体" w:hAnsi="宋体" w:eastAsia="宋体"/>
                <w:b/>
                <w:sz w:val="20"/>
                <w:u w:val="none"/>
              </w:rPr>
              <w:t>奖项名称</w:t>
            </w:r>
          </w:p>
        </w:tc>
        <w:tc>
          <w:tcPr>
            <w:tcW w:type="dxa" w:w="1134"/>
            <w:vAlign w:val="center"/>
            <w:shd w:val="clear" w:color="auto" w:fill="F2F2F2"/>
          </w:tcPr>
          <w:p>
            <w:pPr>
              <w:keepNext/>
              <w:spacing w:before="0" w:after="0" w:line="300" w:lineRule="auto"/>
              <w:jc w:val="center"/>
            </w:pPr>
            <w:r/>
            <w:r>
              <w:rPr>
                <w:rFonts w:ascii="宋体" w:hAnsi="宋体" w:eastAsia="宋体"/>
                <w:b/>
                <w:sz w:val="20"/>
                <w:u w:val="none"/>
              </w:rPr>
              <w:t>获奖等级</w:t>
            </w:r>
          </w:p>
        </w:tc>
        <w:tc>
          <w:tcPr>
            <w:tcW w:type="dxa" w:w="1701"/>
            <w:vAlign w:val="center"/>
            <w:shd w:val="clear" w:color="auto" w:fill="F2F2F2"/>
          </w:tcPr>
          <w:p>
            <w:pPr>
              <w:keepNext/>
              <w:spacing w:before="0" w:after="0" w:line="300" w:lineRule="auto"/>
              <w:jc w:val="center"/>
            </w:pPr>
            <w:r/>
            <w:r>
              <w:rPr>
                <w:rFonts w:ascii="宋体" w:hAnsi="宋体" w:eastAsia="宋体"/>
                <w:b/>
                <w:sz w:val="20"/>
                <w:u w:val="none"/>
              </w:rPr>
              <w:t>颁奖部门</w:t>
            </w:r>
          </w:p>
        </w:tc>
      </w:tr>
      <w:tr>
        <w:trPr>
          <w:cantSplit/>
          <w:trHeight w:val="623" w:hRule="atLeast"/>
        </w:trPr>
        <w:tc>
          <w:tcPr>
            <w:tcW w:type="dxa" w:w="1360"/>
            <w:vAlign w:val="center"/>
          </w:tcPr>
          <w:p>
            <w:pPr>
              <w:keepNext/>
              <w:spacing w:before="0" w:after="0" w:line="300" w:lineRule="auto"/>
              <w:jc w:val="center"/>
            </w:pPr>
            <w:r/>
          </w:p>
        </w:tc>
        <w:tc>
          <w:tcPr>
            <w:tcW w:type="dxa" w:w="2835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  <w:tc>
          <w:tcPr>
            <w:tcW w:type="dxa" w:w="1927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  <w:tc>
          <w:tcPr>
            <w:tcW w:type="dxa" w:w="1134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  <w:tc>
          <w:tcPr>
            <w:tcW w:type="dxa" w:w="1701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</w:tr>
      <w:tr>
        <w:trPr>
          <w:cantSplit/>
          <w:trHeight w:val="623" w:hRule="atLeast"/>
        </w:trPr>
        <w:tc>
          <w:tcPr>
            <w:tcW w:type="dxa" w:w="1360"/>
            <w:vAlign w:val="center"/>
          </w:tcPr>
          <w:p>
            <w:pPr>
              <w:keepNext/>
              <w:spacing w:before="0" w:after="0" w:line="300" w:lineRule="auto"/>
              <w:jc w:val="center"/>
            </w:pPr>
            <w:r/>
          </w:p>
        </w:tc>
        <w:tc>
          <w:tcPr>
            <w:tcW w:type="dxa" w:w="2835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  <w:tc>
          <w:tcPr>
            <w:tcW w:type="dxa" w:w="1927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  <w:tc>
          <w:tcPr>
            <w:tcW w:type="dxa" w:w="1134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  <w:tc>
          <w:tcPr>
            <w:tcW w:type="dxa" w:w="1701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</w:tr>
      <w:tr>
        <w:trPr>
          <w:cantSplit/>
          <w:trHeight w:val="623" w:hRule="atLeast"/>
        </w:trPr>
        <w:tc>
          <w:tcPr>
            <w:tcW w:type="dxa" w:w="1360"/>
            <w:vAlign w:val="center"/>
          </w:tcPr>
          <w:p>
            <w:pPr>
              <w:keepNext/>
              <w:spacing w:before="0" w:after="0" w:line="300" w:lineRule="auto"/>
              <w:jc w:val="center"/>
            </w:pPr>
            <w:r/>
          </w:p>
        </w:tc>
        <w:tc>
          <w:tcPr>
            <w:tcW w:type="dxa" w:w="2835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  <w:tc>
          <w:tcPr>
            <w:tcW w:type="dxa" w:w="1927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  <w:tc>
          <w:tcPr>
            <w:tcW w:type="dxa" w:w="1134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  <w:tc>
          <w:tcPr>
            <w:tcW w:type="dxa" w:w="1701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</w:tr>
    </w:tbl>
    <w:p>
      <w:pPr>
        <w:spacing w:before="0" w:after="0" w:line="80" w:lineRule="exact"/>
      </w:pPr>
      <w:r>
        <w:rPr>
          <w:sz w:val="2"/>
        </w:rPr>
      </w:r>
    </w:p>
    <w:p>
      <w:pPr>
        <w:keepNext/>
        <w:spacing w:before="240" w:after="100" w:line="312" w:lineRule="auto"/>
      </w:pPr>
      <w:r>
        <w:rPr>
          <w:rFonts w:ascii="黑体" w:hAnsi="黑体" w:eastAsia="黑体"/>
          <w:b/>
          <w:sz w:val="28"/>
          <w:u w:val="none"/>
        </w:rPr>
        <w:t>六、展示视频与佐证材料</w:t>
      </w:r>
    </w:p>
    <w:p>
      <w:pPr>
        <w:keepNext/>
        <w:spacing w:before="160" w:after="60" w:line="312" w:lineRule="auto"/>
      </w:pPr>
      <w:r>
        <w:rPr>
          <w:rFonts w:ascii="宋体" w:hAnsi="宋体" w:eastAsia="宋体"/>
          <w:b/>
          <w:sz w:val="24"/>
          <w:u w:val="none"/>
        </w:rPr>
        <w:t>（一）展示视频信息</w:t>
      </w:r>
    </w:p>
    <w:tbl>
      <w:tblPr>
        <w:jc w:val="center"/>
        <w:tblLook w:firstColumn="1" w:firstRow="1" w:lastColumn="0" w:lastRow="0" w:noHBand="0" w:noVBand="1" w:val="04A0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W w:type="dxa" w:w="8958"/>
        <w:tblLayout w:type="fixed"/>
      </w:tblPr>
      <w:tblGrid>
        <w:gridCol w:w="2041"/>
        <w:gridCol w:w="6917"/>
      </w:tblGrid>
      <w:tr>
        <w:tc>
          <w:tcPr>
            <w:tcW w:type="dxa" w:w="2041"/>
            <w:vAlign w:val="center"/>
            <w:shd w:val="clear" w:color="auto" w:fill="F2F2F2"/>
          </w:tcPr>
          <w:p>
            <w:pPr>
              <w:keepNext/>
              <w:spacing w:before="0" w:after="0" w:line="300" w:lineRule="auto"/>
              <w:jc w:val="center"/>
            </w:pPr>
            <w:r/>
            <w:r>
              <w:rPr>
                <w:rFonts w:ascii="宋体" w:hAnsi="宋体" w:eastAsia="宋体"/>
                <w:b/>
                <w:sz w:val="21"/>
                <w:u w:val="none"/>
              </w:rPr>
              <w:t>视频文件名称</w:t>
            </w:r>
          </w:p>
        </w:tc>
        <w:tc>
          <w:tcPr>
            <w:tcW w:type="dxa" w:w="6917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</w:tr>
      <w:tr>
        <w:tc>
          <w:tcPr>
            <w:tcW w:type="dxa" w:w="2041"/>
            <w:vAlign w:val="center"/>
            <w:shd w:val="clear" w:color="auto" w:fill="F2F2F2"/>
          </w:tcPr>
          <w:p>
            <w:pPr>
              <w:keepNext/>
              <w:spacing w:before="0" w:after="0" w:line="300" w:lineRule="auto"/>
              <w:jc w:val="center"/>
            </w:pPr>
            <w:r/>
            <w:r>
              <w:rPr>
                <w:rFonts w:ascii="宋体" w:hAnsi="宋体" w:eastAsia="宋体"/>
                <w:b/>
                <w:sz w:val="21"/>
                <w:u w:val="none"/>
              </w:rPr>
              <w:t>时长</w:t>
            </w:r>
          </w:p>
        </w:tc>
        <w:tc>
          <w:tcPr>
            <w:tcW w:type="dxa" w:w="6917"/>
            <w:vAlign w:val="center"/>
          </w:tcPr>
          <w:p>
            <w:pPr>
              <w:keepNext/>
              <w:spacing w:before="0" w:after="0" w:line="300" w:lineRule="auto"/>
            </w:pPr>
            <w:r/>
            <w:r>
              <w:rPr>
                <w:rFonts w:ascii="宋体" w:hAnsi="宋体" w:eastAsia="宋体"/>
                <w:b w:val="0"/>
                <w:sz w:val="21"/>
                <w:u w:val="none"/>
              </w:rPr>
              <w:t xml:space="preserve">　　　分钟（不超过 5 分钟）</w:t>
            </w:r>
          </w:p>
        </w:tc>
      </w:tr>
      <w:tr>
        <w:tc>
          <w:tcPr>
            <w:tcW w:type="dxa" w:w="2041"/>
            <w:vAlign w:val="center"/>
            <w:shd w:val="clear" w:color="auto" w:fill="F2F2F2"/>
          </w:tcPr>
          <w:p>
            <w:pPr>
              <w:keepNext/>
              <w:spacing w:before="0" w:after="0" w:line="300" w:lineRule="auto"/>
              <w:jc w:val="center"/>
            </w:pPr>
            <w:r/>
            <w:r>
              <w:rPr>
                <w:rFonts w:ascii="宋体" w:hAnsi="宋体" w:eastAsia="宋体"/>
                <w:b/>
                <w:sz w:val="21"/>
                <w:u w:val="none"/>
              </w:rPr>
              <w:t>格式</w:t>
            </w:r>
          </w:p>
        </w:tc>
        <w:tc>
          <w:tcPr>
            <w:tcW w:type="dxa" w:w="6917"/>
            <w:vAlign w:val="center"/>
          </w:tcPr>
          <w:p>
            <w:pPr>
              <w:keepNext/>
              <w:spacing w:before="0" w:after="0" w:line="300" w:lineRule="auto"/>
            </w:pPr>
            <w:r/>
            <w:r>
              <w:rPr>
                <w:rFonts w:ascii="宋体" w:hAnsi="宋体" w:eastAsia="宋体"/>
                <w:b w:val="0"/>
                <w:sz w:val="21"/>
                <w:u w:val="none"/>
              </w:rPr>
              <w:t>MP4</w:t>
            </w:r>
          </w:p>
        </w:tc>
      </w:tr>
      <w:tr>
        <w:tc>
          <w:tcPr>
            <w:tcW w:type="dxa" w:w="2041"/>
            <w:vAlign w:val="center"/>
            <w:shd w:val="clear" w:color="auto" w:fill="F2F2F2"/>
          </w:tcPr>
          <w:p>
            <w:pPr>
              <w:keepNext/>
              <w:spacing w:before="0" w:after="0" w:line="300" w:lineRule="auto"/>
              <w:jc w:val="center"/>
            </w:pPr>
            <w:r/>
            <w:r>
              <w:rPr>
                <w:rFonts w:ascii="宋体" w:hAnsi="宋体" w:eastAsia="宋体"/>
                <w:b/>
                <w:sz w:val="21"/>
                <w:u w:val="none"/>
              </w:rPr>
              <w:t>内容构成</w:t>
            </w:r>
          </w:p>
        </w:tc>
        <w:tc>
          <w:tcPr>
            <w:tcW w:type="dxa" w:w="6917"/>
            <w:vAlign w:val="center"/>
          </w:tcPr>
          <w:p>
            <w:pPr>
              <w:keepNext/>
              <w:spacing w:before="0" w:after="0" w:line="300" w:lineRule="auto"/>
            </w:pPr>
            <w:r/>
            <w:r>
              <w:rPr>
                <w:rFonts w:ascii="宋体" w:hAnsi="宋体" w:eastAsia="宋体"/>
                <w:b w:val="0"/>
                <w:sz w:val="21"/>
                <w:u w:val="none"/>
              </w:rPr>
              <w:t>□ 应用场景演示　□ 核心功能介绍　□ 实际效果呈现　□ 教师或学生访谈</w:t>
            </w:r>
          </w:p>
        </w:tc>
      </w:tr>
      <w:tr>
        <w:tc>
          <w:tcPr>
            <w:tcW w:type="dxa" w:w="2041"/>
            <w:vAlign w:val="center"/>
            <w:shd w:val="clear" w:color="auto" w:fill="F2F2F2"/>
          </w:tcPr>
          <w:p>
            <w:pPr>
              <w:keepNext/>
              <w:spacing w:before="0" w:after="0" w:line="300" w:lineRule="auto"/>
              <w:jc w:val="center"/>
            </w:pPr>
            <w:r/>
            <w:r>
              <w:rPr>
                <w:rFonts w:ascii="宋体" w:hAnsi="宋体" w:eastAsia="宋体"/>
                <w:b/>
                <w:sz w:val="21"/>
                <w:u w:val="none"/>
              </w:rPr>
              <w:t>技术要求</w:t>
            </w:r>
          </w:p>
        </w:tc>
        <w:tc>
          <w:tcPr>
            <w:tcW w:type="dxa" w:w="6917"/>
            <w:vAlign w:val="center"/>
          </w:tcPr>
          <w:p>
            <w:pPr>
              <w:keepNext/>
              <w:spacing w:before="0" w:after="0" w:line="300" w:lineRule="auto"/>
            </w:pPr>
            <w:r/>
            <w:r>
              <w:rPr>
                <w:rFonts w:ascii="宋体" w:hAnsi="宋体" w:eastAsia="宋体"/>
                <w:b w:val="0"/>
                <w:sz w:val="21"/>
                <w:u w:val="none"/>
              </w:rPr>
              <w:t>□ 画面清晰　□ 声音清楚</w:t>
            </w:r>
          </w:p>
        </w:tc>
      </w:tr>
      <w:tr>
        <w:trPr>
          <w:cantSplit/>
          <w:trHeight w:val="1247" w:hRule="atLeast"/>
        </w:trPr>
        <w:tc>
          <w:tcPr>
            <w:tcW w:type="dxa" w:w="2041"/>
            <w:vAlign w:val="center"/>
            <w:shd w:val="clear" w:color="auto" w:fill="F2F2F2"/>
          </w:tcPr>
          <w:p>
            <w:pPr>
              <w:keepNext/>
              <w:spacing w:before="0" w:after="0" w:line="300" w:lineRule="auto"/>
              <w:jc w:val="center"/>
            </w:pPr>
            <w:r/>
            <w:r>
              <w:rPr>
                <w:rFonts w:ascii="宋体" w:hAnsi="宋体" w:eastAsia="宋体"/>
                <w:b/>
                <w:sz w:val="21"/>
                <w:u w:val="none"/>
              </w:rPr>
              <w:t>视频简介（100 字以内）</w:t>
            </w:r>
          </w:p>
        </w:tc>
        <w:tc>
          <w:tcPr>
            <w:tcW w:type="dxa" w:w="6917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</w:tr>
    </w:tbl>
    <w:p>
      <w:pPr>
        <w:spacing w:before="0" w:after="0" w:line="80" w:lineRule="exact"/>
      </w:pPr>
      <w:r>
        <w:rPr>
          <w:sz w:val="2"/>
        </w:rPr>
      </w:r>
    </w:p>
    <w:p>
      <w:pPr>
        <w:keepNext/>
        <w:spacing w:before="160" w:after="60" w:line="312" w:lineRule="auto"/>
      </w:pPr>
      <w:r>
        <w:rPr>
          <w:rFonts w:ascii="宋体" w:hAnsi="宋体" w:eastAsia="宋体"/>
          <w:b/>
          <w:sz w:val="24"/>
          <w:u w:val="none"/>
        </w:rPr>
        <w:t>（二）佐证材料清单（须加盖推荐或申报单位公章）</w:t>
      </w:r>
    </w:p>
    <w:tbl>
      <w:tblPr>
        <w:jc w:val="center"/>
        <w:tblLook w:firstColumn="1" w:firstRow="1" w:lastColumn="0" w:lastRow="0" w:noHBand="0" w:noVBand="1" w:val="04A0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W w:type="dxa" w:w="8958"/>
        <w:tblLayout w:type="fixed"/>
      </w:tblPr>
      <w:tblGrid>
        <w:gridCol w:w="793"/>
        <w:gridCol w:w="2835"/>
        <w:gridCol w:w="2494"/>
        <w:gridCol w:w="1360"/>
        <w:gridCol w:w="1474"/>
      </w:tblGrid>
      <w:tr>
        <w:tc>
          <w:tcPr>
            <w:tcW w:type="dxa" w:w="793"/>
            <w:vAlign w:val="center"/>
            <w:shd w:val="clear" w:color="auto" w:fill="F2F2F2"/>
          </w:tcPr>
          <w:p>
            <w:pPr>
              <w:keepNext/>
              <w:spacing w:before="0" w:after="0" w:line="300" w:lineRule="auto"/>
              <w:jc w:val="center"/>
            </w:pPr>
            <w:r/>
            <w:r>
              <w:rPr>
                <w:rFonts w:ascii="宋体" w:hAnsi="宋体" w:eastAsia="宋体"/>
                <w:b/>
                <w:sz w:val="20"/>
                <w:u w:val="none"/>
              </w:rPr>
              <w:t>序号</w:t>
            </w:r>
          </w:p>
        </w:tc>
        <w:tc>
          <w:tcPr>
            <w:tcW w:type="dxa" w:w="2835"/>
            <w:vAlign w:val="center"/>
            <w:shd w:val="clear" w:color="auto" w:fill="F2F2F2"/>
          </w:tcPr>
          <w:p>
            <w:pPr>
              <w:keepNext/>
              <w:spacing w:before="0" w:after="0" w:line="300" w:lineRule="auto"/>
              <w:jc w:val="center"/>
            </w:pPr>
            <w:r/>
            <w:r>
              <w:rPr>
                <w:rFonts w:ascii="宋体" w:hAnsi="宋体" w:eastAsia="宋体"/>
                <w:b/>
                <w:sz w:val="20"/>
                <w:u w:val="none"/>
              </w:rPr>
              <w:t>材料名称</w:t>
            </w:r>
          </w:p>
        </w:tc>
        <w:tc>
          <w:tcPr>
            <w:tcW w:type="dxa" w:w="2494"/>
            <w:vAlign w:val="center"/>
            <w:shd w:val="clear" w:color="auto" w:fill="F2F2F2"/>
          </w:tcPr>
          <w:p>
            <w:pPr>
              <w:keepNext/>
              <w:spacing w:before="0" w:after="0" w:line="300" w:lineRule="auto"/>
              <w:jc w:val="center"/>
            </w:pPr>
            <w:r/>
            <w:r>
              <w:rPr>
                <w:rFonts w:ascii="宋体" w:hAnsi="宋体" w:eastAsia="宋体"/>
                <w:b/>
                <w:sz w:val="20"/>
                <w:u w:val="none"/>
              </w:rPr>
              <w:t>材料类型</w:t>
            </w:r>
          </w:p>
        </w:tc>
        <w:tc>
          <w:tcPr>
            <w:tcW w:type="dxa" w:w="1360"/>
            <w:vAlign w:val="center"/>
            <w:shd w:val="clear" w:color="auto" w:fill="F2F2F2"/>
          </w:tcPr>
          <w:p>
            <w:pPr>
              <w:keepNext/>
              <w:spacing w:before="0" w:after="0" w:line="300" w:lineRule="auto"/>
              <w:jc w:val="center"/>
            </w:pPr>
            <w:r/>
            <w:r>
              <w:rPr>
                <w:rFonts w:ascii="宋体" w:hAnsi="宋体" w:eastAsia="宋体"/>
                <w:b/>
                <w:sz w:val="20"/>
                <w:u w:val="none"/>
              </w:rPr>
              <w:t>页数／份数</w:t>
            </w:r>
          </w:p>
        </w:tc>
        <w:tc>
          <w:tcPr>
            <w:tcW w:type="dxa" w:w="1474"/>
            <w:vAlign w:val="center"/>
            <w:shd w:val="clear" w:color="auto" w:fill="F2F2F2"/>
          </w:tcPr>
          <w:p>
            <w:pPr>
              <w:keepNext/>
              <w:spacing w:before="0" w:after="0" w:line="300" w:lineRule="auto"/>
              <w:jc w:val="center"/>
            </w:pPr>
            <w:r/>
            <w:r>
              <w:rPr>
                <w:rFonts w:ascii="宋体" w:hAnsi="宋体" w:eastAsia="宋体"/>
                <w:b/>
                <w:sz w:val="20"/>
                <w:u w:val="none"/>
              </w:rPr>
              <w:t>是否已加盖公章</w:t>
            </w:r>
          </w:p>
        </w:tc>
      </w:tr>
      <w:tr>
        <w:trPr>
          <w:cantSplit/>
          <w:trHeight w:val="567" w:hRule="atLeast"/>
        </w:trPr>
        <w:tc>
          <w:tcPr>
            <w:tcW w:type="dxa" w:w="793"/>
            <w:vAlign w:val="center"/>
          </w:tcPr>
          <w:p>
            <w:pPr>
              <w:keepNext/>
              <w:spacing w:before="0" w:after="0" w:line="300" w:lineRule="auto"/>
              <w:jc w:val="center"/>
            </w:pPr>
            <w:r/>
            <w:r>
              <w:rPr>
                <w:rFonts w:ascii="宋体" w:hAnsi="宋体" w:eastAsia="宋体"/>
                <w:b w:val="0"/>
                <w:sz w:val="20"/>
                <w:u w:val="none"/>
              </w:rPr>
              <w:t>1</w:t>
            </w:r>
          </w:p>
        </w:tc>
        <w:tc>
          <w:tcPr>
            <w:tcW w:type="dxa" w:w="2835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  <w:tc>
          <w:tcPr>
            <w:tcW w:type="dxa" w:w="2494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  <w:tc>
          <w:tcPr>
            <w:tcW w:type="dxa" w:w="1360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  <w:tc>
          <w:tcPr>
            <w:tcW w:type="dxa" w:w="1474"/>
            <w:vAlign w:val="center"/>
          </w:tcPr>
          <w:p>
            <w:pPr>
              <w:keepNext/>
              <w:spacing w:before="0" w:after="0" w:line="300" w:lineRule="auto"/>
            </w:pPr>
            <w:r/>
            <w:r>
              <w:rPr>
                <w:rFonts w:ascii="宋体" w:hAnsi="宋体" w:eastAsia="宋体"/>
                <w:b w:val="0"/>
                <w:sz w:val="20"/>
                <w:u w:val="none"/>
              </w:rPr>
              <w:t>□ 是　□ 否</w:t>
            </w:r>
          </w:p>
        </w:tc>
      </w:tr>
      <w:tr>
        <w:trPr>
          <w:cantSplit/>
          <w:trHeight w:val="567" w:hRule="atLeast"/>
        </w:trPr>
        <w:tc>
          <w:tcPr>
            <w:tcW w:type="dxa" w:w="793"/>
            <w:vAlign w:val="center"/>
          </w:tcPr>
          <w:p>
            <w:pPr>
              <w:keepNext/>
              <w:spacing w:before="0" w:after="0" w:line="300" w:lineRule="auto"/>
              <w:jc w:val="center"/>
            </w:pPr>
            <w:r/>
            <w:r>
              <w:rPr>
                <w:rFonts w:ascii="宋体" w:hAnsi="宋体" w:eastAsia="宋体"/>
                <w:b w:val="0"/>
                <w:sz w:val="20"/>
                <w:u w:val="none"/>
              </w:rPr>
              <w:t>2</w:t>
            </w:r>
          </w:p>
        </w:tc>
        <w:tc>
          <w:tcPr>
            <w:tcW w:type="dxa" w:w="2835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  <w:tc>
          <w:tcPr>
            <w:tcW w:type="dxa" w:w="2494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  <w:tc>
          <w:tcPr>
            <w:tcW w:type="dxa" w:w="1360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  <w:tc>
          <w:tcPr>
            <w:tcW w:type="dxa" w:w="1474"/>
            <w:vAlign w:val="center"/>
          </w:tcPr>
          <w:p>
            <w:pPr>
              <w:keepNext/>
              <w:spacing w:before="0" w:after="0" w:line="300" w:lineRule="auto"/>
            </w:pPr>
            <w:r/>
            <w:r>
              <w:rPr>
                <w:rFonts w:ascii="宋体" w:hAnsi="宋体" w:eastAsia="宋体"/>
                <w:b w:val="0"/>
                <w:sz w:val="20"/>
                <w:u w:val="none"/>
              </w:rPr>
              <w:t>□ 是　□ 否</w:t>
            </w:r>
          </w:p>
        </w:tc>
      </w:tr>
      <w:tr>
        <w:trPr>
          <w:cantSplit/>
          <w:trHeight w:val="567" w:hRule="atLeast"/>
        </w:trPr>
        <w:tc>
          <w:tcPr>
            <w:tcW w:type="dxa" w:w="793"/>
            <w:vAlign w:val="center"/>
          </w:tcPr>
          <w:p>
            <w:pPr>
              <w:keepNext/>
              <w:spacing w:before="0" w:after="0" w:line="300" w:lineRule="auto"/>
              <w:jc w:val="center"/>
            </w:pPr>
            <w:r/>
            <w:r>
              <w:rPr>
                <w:rFonts w:ascii="宋体" w:hAnsi="宋体" w:eastAsia="宋体"/>
                <w:b w:val="0"/>
                <w:sz w:val="20"/>
                <w:u w:val="none"/>
              </w:rPr>
              <w:t>3</w:t>
            </w:r>
          </w:p>
        </w:tc>
        <w:tc>
          <w:tcPr>
            <w:tcW w:type="dxa" w:w="2835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  <w:tc>
          <w:tcPr>
            <w:tcW w:type="dxa" w:w="2494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  <w:tc>
          <w:tcPr>
            <w:tcW w:type="dxa" w:w="1360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  <w:tc>
          <w:tcPr>
            <w:tcW w:type="dxa" w:w="1474"/>
            <w:vAlign w:val="center"/>
          </w:tcPr>
          <w:p>
            <w:pPr>
              <w:keepNext/>
              <w:spacing w:before="0" w:after="0" w:line="300" w:lineRule="auto"/>
            </w:pPr>
            <w:r/>
            <w:r>
              <w:rPr>
                <w:rFonts w:ascii="宋体" w:hAnsi="宋体" w:eastAsia="宋体"/>
                <w:b w:val="0"/>
                <w:sz w:val="20"/>
                <w:u w:val="none"/>
              </w:rPr>
              <w:t>□ 是　□ 否</w:t>
            </w:r>
          </w:p>
        </w:tc>
      </w:tr>
      <w:tr>
        <w:trPr>
          <w:cantSplit/>
          <w:trHeight w:val="567" w:hRule="atLeast"/>
        </w:trPr>
        <w:tc>
          <w:tcPr>
            <w:tcW w:type="dxa" w:w="793"/>
            <w:vAlign w:val="center"/>
          </w:tcPr>
          <w:p>
            <w:pPr>
              <w:keepNext/>
              <w:spacing w:before="0" w:after="0" w:line="300" w:lineRule="auto"/>
              <w:jc w:val="center"/>
            </w:pPr>
            <w:r/>
            <w:r>
              <w:rPr>
                <w:rFonts w:ascii="宋体" w:hAnsi="宋体" w:eastAsia="宋体"/>
                <w:b w:val="0"/>
                <w:sz w:val="20"/>
                <w:u w:val="none"/>
              </w:rPr>
              <w:t>4</w:t>
            </w:r>
          </w:p>
        </w:tc>
        <w:tc>
          <w:tcPr>
            <w:tcW w:type="dxa" w:w="2835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  <w:tc>
          <w:tcPr>
            <w:tcW w:type="dxa" w:w="2494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  <w:tc>
          <w:tcPr>
            <w:tcW w:type="dxa" w:w="1360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  <w:tc>
          <w:tcPr>
            <w:tcW w:type="dxa" w:w="1474"/>
            <w:vAlign w:val="center"/>
          </w:tcPr>
          <w:p>
            <w:pPr>
              <w:keepNext/>
              <w:spacing w:before="0" w:after="0" w:line="300" w:lineRule="auto"/>
            </w:pPr>
            <w:r/>
            <w:r>
              <w:rPr>
                <w:rFonts w:ascii="宋体" w:hAnsi="宋体" w:eastAsia="宋体"/>
                <w:b w:val="0"/>
                <w:sz w:val="20"/>
                <w:u w:val="none"/>
              </w:rPr>
              <w:t>□ 是　□ 否</w:t>
            </w:r>
          </w:p>
        </w:tc>
      </w:tr>
      <w:tr>
        <w:trPr>
          <w:cantSplit/>
          <w:trHeight w:val="567" w:hRule="atLeast"/>
        </w:trPr>
        <w:tc>
          <w:tcPr>
            <w:tcW w:type="dxa" w:w="793"/>
            <w:vAlign w:val="center"/>
          </w:tcPr>
          <w:p>
            <w:pPr>
              <w:keepNext/>
              <w:spacing w:before="0" w:after="0" w:line="300" w:lineRule="auto"/>
              <w:jc w:val="center"/>
            </w:pPr>
            <w:r/>
            <w:r>
              <w:rPr>
                <w:rFonts w:ascii="宋体" w:hAnsi="宋体" w:eastAsia="宋体"/>
                <w:b w:val="0"/>
                <w:sz w:val="20"/>
                <w:u w:val="none"/>
              </w:rPr>
              <w:t>5</w:t>
            </w:r>
          </w:p>
        </w:tc>
        <w:tc>
          <w:tcPr>
            <w:tcW w:type="dxa" w:w="2835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  <w:tc>
          <w:tcPr>
            <w:tcW w:type="dxa" w:w="2494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  <w:tc>
          <w:tcPr>
            <w:tcW w:type="dxa" w:w="1360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  <w:tc>
          <w:tcPr>
            <w:tcW w:type="dxa" w:w="1474"/>
            <w:vAlign w:val="center"/>
          </w:tcPr>
          <w:p>
            <w:pPr>
              <w:keepNext/>
              <w:spacing w:before="0" w:after="0" w:line="300" w:lineRule="auto"/>
            </w:pPr>
            <w:r/>
            <w:r>
              <w:rPr>
                <w:rFonts w:ascii="宋体" w:hAnsi="宋体" w:eastAsia="宋体"/>
                <w:b w:val="0"/>
                <w:sz w:val="20"/>
                <w:u w:val="none"/>
              </w:rPr>
              <w:t>□ 是　□ 否</w:t>
            </w:r>
          </w:p>
        </w:tc>
      </w:tr>
    </w:tbl>
    <w:p>
      <w:pPr>
        <w:spacing w:before="0" w:after="0" w:line="80" w:lineRule="exact"/>
      </w:pPr>
      <w:r>
        <w:rPr>
          <w:sz w:val="2"/>
        </w:rPr>
      </w:r>
    </w:p>
    <w:p>
      <w:pPr>
        <w:spacing w:before="0" w:after="120" w:line="336" w:lineRule="auto"/>
        <w:ind w:firstLine="400"/>
      </w:pPr>
      <w:r>
        <w:rPr>
          <w:rFonts w:ascii="仿宋" w:hAnsi="仿宋" w:eastAsia="仿宋"/>
          <w:b w:val="0"/>
          <w:sz w:val="20"/>
          <w:u w:val="none"/>
        </w:rPr>
        <w:t>注：材料类型可选填数据对比表、师生反馈问卷、获奖证书、媒体报道截图等。</w:t>
      </w:r>
    </w:p>
    <w:p>
      <w:pPr>
        <w:keepNext/>
        <w:spacing w:before="240" w:after="100" w:line="312" w:lineRule="auto"/>
      </w:pPr>
      <w:r>
        <w:rPr>
          <w:rFonts w:ascii="黑体" w:hAnsi="黑体" w:eastAsia="黑体"/>
          <w:b/>
          <w:sz w:val="28"/>
          <w:u w:val="none"/>
        </w:rPr>
        <w:t>七、案例完成人情况</w:t>
      </w:r>
    </w:p>
    <w:p>
      <w:pPr>
        <w:keepNext/>
        <w:spacing w:before="160" w:after="60" w:line="312" w:lineRule="auto"/>
      </w:pPr>
      <w:r>
        <w:rPr>
          <w:rFonts w:ascii="宋体" w:hAnsi="宋体" w:eastAsia="宋体"/>
          <w:b/>
          <w:sz w:val="24"/>
          <w:u w:val="none"/>
        </w:rPr>
        <w:t>（一）案例负责人情况</w:t>
      </w:r>
    </w:p>
    <w:tbl>
      <w:tblPr>
        <w:jc w:val="center"/>
        <w:tblLook w:firstColumn="1" w:firstRow="1" w:lastColumn="0" w:lastRow="0" w:noHBand="0" w:noVBand="1" w:val="04A0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W w:type="dxa" w:w="8958"/>
        <w:tblLayout w:type="fixed"/>
      </w:tblPr>
      <w:tblGrid>
        <w:gridCol w:w="2268"/>
        <w:gridCol w:w="2324"/>
        <w:gridCol w:w="2154"/>
        <w:gridCol w:w="2211"/>
      </w:tblGrid>
      <w:tr>
        <w:tc>
          <w:tcPr>
            <w:tcW w:type="dxa" w:w="2268"/>
            <w:vAlign w:val="center"/>
            <w:shd w:val="clear" w:color="auto" w:fill="F2F2F2"/>
          </w:tcPr>
          <w:p>
            <w:pPr>
              <w:keepNext/>
              <w:spacing w:before="0" w:after="0" w:line="300" w:lineRule="auto"/>
              <w:jc w:val="center"/>
            </w:pPr>
            <w:r/>
            <w:r>
              <w:rPr>
                <w:rFonts w:ascii="宋体" w:hAnsi="宋体" w:eastAsia="宋体"/>
                <w:b/>
                <w:sz w:val="21"/>
                <w:u w:val="none"/>
              </w:rPr>
              <w:t>姓　　名</w:t>
            </w:r>
          </w:p>
        </w:tc>
        <w:tc>
          <w:tcPr>
            <w:tcW w:type="dxa" w:w="2324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  <w:tc>
          <w:tcPr>
            <w:tcW w:type="dxa" w:w="2154"/>
            <w:vAlign w:val="center"/>
            <w:shd w:val="clear" w:color="auto" w:fill="F2F2F2"/>
          </w:tcPr>
          <w:p>
            <w:pPr>
              <w:keepNext/>
              <w:spacing w:before="0" w:after="0" w:line="300" w:lineRule="auto"/>
              <w:jc w:val="center"/>
            </w:pPr>
            <w:r/>
            <w:r>
              <w:rPr>
                <w:rFonts w:ascii="宋体" w:hAnsi="宋体" w:eastAsia="宋体"/>
                <w:b/>
                <w:sz w:val="21"/>
                <w:u w:val="none"/>
              </w:rPr>
              <w:t>性　　别</w:t>
            </w:r>
          </w:p>
        </w:tc>
        <w:tc>
          <w:tcPr>
            <w:tcW w:type="dxa" w:w="2211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</w:tr>
      <w:tr>
        <w:tc>
          <w:tcPr>
            <w:tcW w:type="dxa" w:w="2268"/>
            <w:vAlign w:val="center"/>
            <w:shd w:val="clear" w:color="auto" w:fill="F2F2F2"/>
          </w:tcPr>
          <w:p>
            <w:pPr>
              <w:keepNext/>
              <w:spacing w:before="0" w:after="0" w:line="300" w:lineRule="auto"/>
              <w:jc w:val="center"/>
            </w:pPr>
            <w:r/>
            <w:r>
              <w:rPr>
                <w:rFonts w:ascii="宋体" w:hAnsi="宋体" w:eastAsia="宋体"/>
                <w:b/>
                <w:sz w:val="21"/>
                <w:u w:val="none"/>
              </w:rPr>
              <w:t>身份证号</w:t>
            </w:r>
          </w:p>
        </w:tc>
        <w:tc>
          <w:tcPr>
            <w:tcW w:type="dxa" w:w="6690"/>
            <w:gridSpan w:val="3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</w:tr>
      <w:tr>
        <w:tc>
          <w:tcPr>
            <w:tcW w:type="dxa" w:w="2268"/>
            <w:vAlign w:val="center"/>
            <w:shd w:val="clear" w:color="auto" w:fill="F2F2F2"/>
          </w:tcPr>
          <w:p>
            <w:pPr>
              <w:keepNext/>
              <w:spacing w:before="0" w:after="0" w:line="300" w:lineRule="auto"/>
              <w:jc w:val="center"/>
            </w:pPr>
            <w:r/>
            <w:r>
              <w:rPr>
                <w:rFonts w:ascii="宋体" w:hAnsi="宋体" w:eastAsia="宋体"/>
                <w:b/>
                <w:sz w:val="21"/>
                <w:u w:val="none"/>
              </w:rPr>
              <w:t>出生年月</w:t>
            </w:r>
          </w:p>
        </w:tc>
        <w:tc>
          <w:tcPr>
            <w:tcW w:type="dxa" w:w="2324"/>
            <w:vAlign w:val="center"/>
          </w:tcPr>
          <w:p>
            <w:pPr>
              <w:keepNext/>
              <w:spacing w:before="0" w:after="0" w:line="300" w:lineRule="auto"/>
            </w:pPr>
            <w:r/>
            <w:r>
              <w:rPr>
                <w:rFonts w:ascii="宋体" w:hAnsi="宋体" w:eastAsia="宋体"/>
                <w:b w:val="0"/>
                <w:sz w:val="21"/>
                <w:u w:val="none"/>
              </w:rPr>
              <w:t xml:space="preserve">　　　年　　月</w:t>
            </w:r>
          </w:p>
        </w:tc>
        <w:tc>
          <w:tcPr>
            <w:tcW w:type="dxa" w:w="2154"/>
            <w:vAlign w:val="center"/>
            <w:shd w:val="clear" w:color="auto" w:fill="F2F2F2"/>
          </w:tcPr>
          <w:p>
            <w:pPr>
              <w:keepNext/>
              <w:spacing w:before="0" w:after="0" w:line="300" w:lineRule="auto"/>
              <w:jc w:val="center"/>
            </w:pPr>
            <w:r/>
            <w:r>
              <w:rPr>
                <w:rFonts w:ascii="宋体" w:hAnsi="宋体" w:eastAsia="宋体"/>
                <w:b/>
                <w:sz w:val="21"/>
                <w:u w:val="none"/>
              </w:rPr>
              <w:t>最后学历</w:t>
            </w:r>
          </w:p>
        </w:tc>
        <w:tc>
          <w:tcPr>
            <w:tcW w:type="dxa" w:w="2211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</w:tr>
      <w:tr>
        <w:tc>
          <w:tcPr>
            <w:tcW w:type="dxa" w:w="2268"/>
            <w:vAlign w:val="center"/>
            <w:shd w:val="clear" w:color="auto" w:fill="F2F2F2"/>
          </w:tcPr>
          <w:p>
            <w:pPr>
              <w:keepNext/>
              <w:spacing w:before="0" w:after="0" w:line="300" w:lineRule="auto"/>
              <w:jc w:val="center"/>
            </w:pPr>
            <w:r/>
            <w:r>
              <w:rPr>
                <w:rFonts w:ascii="宋体" w:hAnsi="宋体" w:eastAsia="宋体"/>
                <w:b/>
                <w:sz w:val="21"/>
                <w:u w:val="none"/>
              </w:rPr>
              <w:t>职务／职称</w:t>
            </w:r>
          </w:p>
        </w:tc>
        <w:tc>
          <w:tcPr>
            <w:tcW w:type="dxa" w:w="2324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  <w:tc>
          <w:tcPr>
            <w:tcW w:type="dxa" w:w="2154"/>
            <w:vAlign w:val="center"/>
            <w:shd w:val="clear" w:color="auto" w:fill="F2F2F2"/>
          </w:tcPr>
          <w:p>
            <w:pPr>
              <w:keepNext/>
              <w:spacing w:before="0" w:after="0" w:line="300" w:lineRule="auto"/>
              <w:jc w:val="center"/>
            </w:pPr>
            <w:r/>
            <w:r>
              <w:rPr>
                <w:rFonts w:ascii="宋体" w:hAnsi="宋体" w:eastAsia="宋体"/>
                <w:b/>
                <w:sz w:val="21"/>
                <w:u w:val="none"/>
              </w:rPr>
              <w:t>联系电话</w:t>
            </w:r>
          </w:p>
        </w:tc>
        <w:tc>
          <w:tcPr>
            <w:tcW w:type="dxa" w:w="2211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</w:tr>
      <w:tr>
        <w:tc>
          <w:tcPr>
            <w:tcW w:type="dxa" w:w="2268"/>
            <w:vAlign w:val="center"/>
            <w:shd w:val="clear" w:color="auto" w:fill="F2F2F2"/>
          </w:tcPr>
          <w:p>
            <w:pPr>
              <w:keepNext/>
              <w:spacing w:before="0" w:after="0" w:line="300" w:lineRule="auto"/>
              <w:jc w:val="center"/>
            </w:pPr>
            <w:r/>
            <w:r>
              <w:rPr>
                <w:rFonts w:ascii="宋体" w:hAnsi="宋体" w:eastAsia="宋体"/>
                <w:b/>
                <w:sz w:val="21"/>
                <w:u w:val="none"/>
              </w:rPr>
              <w:t>工作单位</w:t>
            </w:r>
          </w:p>
        </w:tc>
        <w:tc>
          <w:tcPr>
            <w:tcW w:type="dxa" w:w="2324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  <w:tc>
          <w:tcPr>
            <w:tcW w:type="dxa" w:w="2154"/>
            <w:vAlign w:val="center"/>
            <w:shd w:val="clear" w:color="auto" w:fill="F2F2F2"/>
          </w:tcPr>
          <w:p>
            <w:pPr>
              <w:keepNext/>
              <w:spacing w:before="0" w:after="0" w:line="300" w:lineRule="auto"/>
              <w:jc w:val="center"/>
            </w:pPr>
            <w:r/>
            <w:r>
              <w:rPr>
                <w:rFonts w:ascii="宋体" w:hAnsi="宋体" w:eastAsia="宋体"/>
                <w:b/>
                <w:sz w:val="21"/>
                <w:u w:val="none"/>
              </w:rPr>
              <w:t>电子信箱</w:t>
            </w:r>
          </w:p>
        </w:tc>
        <w:tc>
          <w:tcPr>
            <w:tcW w:type="dxa" w:w="2211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</w:tr>
      <w:tr>
        <w:tc>
          <w:tcPr>
            <w:tcW w:type="dxa" w:w="2268"/>
            <w:vAlign w:val="center"/>
            <w:shd w:val="clear" w:color="auto" w:fill="F2F2F2"/>
          </w:tcPr>
          <w:p>
            <w:pPr>
              <w:keepNext/>
              <w:spacing w:before="0" w:after="0" w:line="300" w:lineRule="auto"/>
              <w:jc w:val="center"/>
            </w:pPr>
            <w:r/>
            <w:r>
              <w:rPr>
                <w:rFonts w:ascii="宋体" w:hAnsi="宋体" w:eastAsia="宋体"/>
                <w:b/>
                <w:sz w:val="21"/>
                <w:u w:val="none"/>
              </w:rPr>
              <w:t>现从事工作及专长</w:t>
            </w:r>
          </w:p>
        </w:tc>
        <w:tc>
          <w:tcPr>
            <w:tcW w:type="dxa" w:w="2324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  <w:tc>
          <w:tcPr>
            <w:tcW w:type="dxa" w:w="2154"/>
            <w:vAlign w:val="center"/>
            <w:shd w:val="clear" w:color="auto" w:fill="F2F2F2"/>
          </w:tcPr>
          <w:p>
            <w:pPr>
              <w:keepNext/>
              <w:spacing w:before="0" w:after="0" w:line="300" w:lineRule="auto"/>
              <w:jc w:val="center"/>
            </w:pPr>
            <w:r/>
            <w:r>
              <w:rPr>
                <w:rFonts w:ascii="宋体" w:hAnsi="宋体" w:eastAsia="宋体"/>
                <w:b/>
                <w:sz w:val="21"/>
                <w:u w:val="none"/>
              </w:rPr>
              <w:t>邮政编码</w:t>
            </w:r>
          </w:p>
        </w:tc>
        <w:tc>
          <w:tcPr>
            <w:tcW w:type="dxa" w:w="2211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</w:tr>
      <w:tr>
        <w:tc>
          <w:tcPr>
            <w:tcW w:type="dxa" w:w="2268"/>
            <w:vAlign w:val="center"/>
            <w:shd w:val="clear" w:color="auto" w:fill="F2F2F2"/>
          </w:tcPr>
          <w:p>
            <w:pPr>
              <w:keepNext/>
              <w:spacing w:before="0" w:after="0" w:line="300" w:lineRule="auto"/>
              <w:jc w:val="center"/>
            </w:pPr>
            <w:r/>
            <w:r>
              <w:rPr>
                <w:rFonts w:ascii="宋体" w:hAnsi="宋体" w:eastAsia="宋体"/>
                <w:b/>
                <w:sz w:val="21"/>
                <w:u w:val="none"/>
              </w:rPr>
              <w:t>通讯地址</w:t>
            </w:r>
          </w:p>
        </w:tc>
        <w:tc>
          <w:tcPr>
            <w:tcW w:type="dxa" w:w="6690"/>
            <w:gridSpan w:val="3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</w:tr>
    </w:tbl>
    <w:p>
      <w:pPr>
        <w:spacing w:before="0" w:after="0" w:line="80" w:lineRule="exact"/>
      </w:pPr>
      <w:r>
        <w:rPr>
          <w:sz w:val="2"/>
        </w:rPr>
      </w:r>
    </w:p>
    <w:tbl>
      <w:tblPr>
        <w:jc w:val="center"/>
        <w:tblLook w:firstColumn="1" w:firstRow="1" w:lastColumn="0" w:lastRow="0" w:noHBand="0" w:noVBand="1" w:val="04A0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W w:type="dxa" w:w="8958"/>
        <w:tblLayout w:type="fixed"/>
      </w:tblPr>
      <w:tblGrid>
        <w:gridCol w:w="2041"/>
        <w:gridCol w:w="6917"/>
      </w:tblGrid>
      <w:tr>
        <w:tc>
          <w:tcPr>
            <w:tcW w:type="dxa" w:w="2041"/>
            <w:vAlign w:val="center"/>
            <w:shd w:val="clear" w:color="auto" w:fill="F2F2F2"/>
          </w:tcPr>
          <w:p>
            <w:pPr>
              <w:keepNext/>
              <w:spacing w:before="0" w:after="0" w:line="300" w:lineRule="auto"/>
              <w:jc w:val="center"/>
            </w:pPr>
            <w:r/>
            <w:r>
              <w:rPr>
                <w:rFonts w:ascii="宋体" w:hAnsi="宋体" w:eastAsia="宋体"/>
                <w:b/>
                <w:sz w:val="21"/>
                <w:u w:val="none"/>
              </w:rPr>
              <w:t>主 要 贡 献</w:t>
            </w:r>
          </w:p>
        </w:tc>
        <w:tc>
          <w:tcPr>
            <w:tcW w:type="dxa" w:w="6917"/>
            <w:vAlign w:val="center"/>
          </w:tcPr>
          <w:p>
            <w:pPr>
              <w:keepNext/>
              <w:spacing w:before="0" w:after="0" w:line="300" w:lineRule="auto"/>
            </w:pPr>
            <w:r/>
            <w:r>
              <w:rPr>
                <w:rFonts w:ascii="仿宋" w:hAnsi="仿宋" w:eastAsia="仿宋"/>
                <w:b w:val="0"/>
                <w:sz w:val="18"/>
                <w:u w:val="none"/>
              </w:rPr>
              <w:t>（200 字以内）</w:t>
            </w:r>
          </w:p>
        </w:tc>
      </w:tr>
      <w:tr>
        <w:trPr>
          <w:cantSplit/>
          <w:trHeight w:val="1814" w:hRule="atLeast"/>
        </w:trPr>
        <w:tc>
          <w:tcPr>
            <w:tcW w:type="dxa" w:w="8958"/>
            <w:gridSpan w:val="2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</w:tr>
      <w:tr>
        <w:tc>
          <w:tcPr>
            <w:tcW w:type="dxa" w:w="2041"/>
            <w:vAlign w:val="center"/>
            <w:shd w:val="clear" w:color="auto" w:fill="F2F2F2"/>
          </w:tcPr>
          <w:p>
            <w:pPr>
              <w:keepNext/>
              <w:spacing w:before="0" w:after="0" w:line="300" w:lineRule="auto"/>
              <w:jc w:val="center"/>
            </w:pPr>
            <w:r/>
            <w:r>
              <w:rPr>
                <w:rFonts w:ascii="宋体" w:hAnsi="宋体" w:eastAsia="宋体"/>
                <w:b w:val="0"/>
                <w:sz w:val="21"/>
                <w:u w:val="none"/>
              </w:rPr>
              <w:t>本人签名：</w:t>
            </w:r>
          </w:p>
        </w:tc>
        <w:tc>
          <w:tcPr>
            <w:tcW w:type="dxa" w:w="6917"/>
            <w:vAlign w:val="center"/>
          </w:tcPr>
          <w:p>
            <w:pPr>
              <w:keepNext/>
              <w:spacing w:before="0" w:after="0" w:line="300" w:lineRule="auto"/>
              <w:jc w:val="right"/>
            </w:pPr>
            <w:r/>
            <w:r>
              <w:rPr>
                <w:rFonts w:ascii="宋体" w:hAnsi="宋体" w:eastAsia="宋体"/>
                <w:b w:val="0"/>
                <w:sz w:val="21"/>
                <w:u w:val="none"/>
              </w:rPr>
              <w:t xml:space="preserve">　　　　　　　　　　　　　　　　　　　　　年　　月　　日</w:t>
            </w:r>
          </w:p>
        </w:tc>
      </w:tr>
    </w:tbl>
    <w:p>
      <w:pPr>
        <w:spacing w:before="0" w:after="0" w:line="80" w:lineRule="exact"/>
      </w:pPr>
      <w:r>
        <w:rPr>
          <w:sz w:val="2"/>
        </w:rPr>
      </w:r>
    </w:p>
    <w:p>
      <w:pPr>
        <w:keepNext/>
        <w:spacing w:before="160" w:after="60" w:line="312" w:lineRule="auto"/>
      </w:pPr>
      <w:r>
        <w:rPr>
          <w:rFonts w:ascii="宋体" w:hAnsi="宋体" w:eastAsia="宋体"/>
          <w:b/>
          <w:sz w:val="24"/>
          <w:u w:val="none"/>
        </w:rPr>
        <w:t>（二）其他完成人或单位情况（一般不超过 5 人；“单位”成员可不填姓名及身份证号码）</w:t>
      </w:r>
    </w:p>
    <w:tbl>
      <w:tblPr>
        <w:jc w:val="center"/>
        <w:tblLook w:firstColumn="1" w:firstRow="1" w:lastColumn="0" w:lastRow="0" w:noHBand="0" w:noVBand="1" w:val="04A0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W w:type="dxa" w:w="8958"/>
        <w:tblLayout w:type="fixed"/>
      </w:tblPr>
      <w:tblGrid>
        <w:gridCol w:w="680"/>
        <w:gridCol w:w="1247"/>
        <w:gridCol w:w="1927"/>
        <w:gridCol w:w="1701"/>
        <w:gridCol w:w="2041"/>
        <w:gridCol w:w="1360"/>
      </w:tblGrid>
      <w:tr>
        <w:tc>
          <w:tcPr>
            <w:tcW w:type="dxa" w:w="680"/>
            <w:vAlign w:val="center"/>
            <w:shd w:val="clear" w:color="auto" w:fill="F2F2F2"/>
          </w:tcPr>
          <w:p>
            <w:pPr>
              <w:keepNext/>
              <w:spacing w:before="0" w:after="0" w:line="300" w:lineRule="auto"/>
              <w:jc w:val="center"/>
            </w:pPr>
            <w:r/>
            <w:r>
              <w:rPr>
                <w:rFonts w:ascii="宋体" w:hAnsi="宋体" w:eastAsia="宋体"/>
                <w:b/>
                <w:sz w:val="19"/>
                <w:u w:val="none"/>
              </w:rPr>
              <w:t>序号</w:t>
            </w:r>
          </w:p>
        </w:tc>
        <w:tc>
          <w:tcPr>
            <w:tcW w:type="dxa" w:w="1247"/>
            <w:vAlign w:val="center"/>
            <w:shd w:val="clear" w:color="auto" w:fill="F2F2F2"/>
          </w:tcPr>
          <w:p>
            <w:pPr>
              <w:keepNext/>
              <w:spacing w:before="0" w:after="0" w:line="300" w:lineRule="auto"/>
              <w:jc w:val="center"/>
            </w:pPr>
            <w:r/>
            <w:r>
              <w:rPr>
                <w:rFonts w:ascii="宋体" w:hAnsi="宋体" w:eastAsia="宋体"/>
                <w:b/>
                <w:sz w:val="19"/>
                <w:u w:val="none"/>
              </w:rPr>
              <w:t>姓名</w:t>
            </w:r>
          </w:p>
        </w:tc>
        <w:tc>
          <w:tcPr>
            <w:tcW w:type="dxa" w:w="1927"/>
            <w:vAlign w:val="center"/>
            <w:shd w:val="clear" w:color="auto" w:fill="F2F2F2"/>
          </w:tcPr>
          <w:p>
            <w:pPr>
              <w:keepNext/>
              <w:spacing w:before="0" w:after="0" w:line="300" w:lineRule="auto"/>
              <w:jc w:val="center"/>
            </w:pPr>
            <w:r/>
            <w:r>
              <w:rPr>
                <w:rFonts w:ascii="宋体" w:hAnsi="宋体" w:eastAsia="宋体"/>
                <w:b/>
                <w:sz w:val="19"/>
                <w:u w:val="none"/>
              </w:rPr>
              <w:t>身份证号</w:t>
            </w:r>
          </w:p>
        </w:tc>
        <w:tc>
          <w:tcPr>
            <w:tcW w:type="dxa" w:w="1701"/>
            <w:vAlign w:val="center"/>
            <w:shd w:val="clear" w:color="auto" w:fill="F2F2F2"/>
          </w:tcPr>
          <w:p>
            <w:pPr>
              <w:keepNext/>
              <w:spacing w:before="0" w:after="0" w:line="300" w:lineRule="auto"/>
              <w:jc w:val="center"/>
            </w:pPr>
            <w:r/>
            <w:r>
              <w:rPr>
                <w:rFonts w:ascii="宋体" w:hAnsi="宋体" w:eastAsia="宋体"/>
                <w:b/>
                <w:sz w:val="19"/>
                <w:u w:val="none"/>
              </w:rPr>
              <w:t>单位</w:t>
            </w:r>
          </w:p>
        </w:tc>
        <w:tc>
          <w:tcPr>
            <w:tcW w:type="dxa" w:w="2041"/>
            <w:vAlign w:val="center"/>
            <w:shd w:val="clear" w:color="auto" w:fill="F2F2F2"/>
          </w:tcPr>
          <w:p>
            <w:pPr>
              <w:keepNext/>
              <w:spacing w:before="0" w:after="0" w:line="300" w:lineRule="auto"/>
              <w:jc w:val="center"/>
            </w:pPr>
            <w:r/>
            <w:r>
              <w:rPr>
                <w:rFonts w:ascii="宋体" w:hAnsi="宋体" w:eastAsia="宋体"/>
                <w:b/>
                <w:sz w:val="19"/>
                <w:u w:val="none"/>
              </w:rPr>
              <w:t>承担任务及实际贡献</w:t>
            </w:r>
          </w:p>
        </w:tc>
        <w:tc>
          <w:tcPr>
            <w:tcW w:type="dxa" w:w="1360"/>
            <w:vAlign w:val="center"/>
            <w:shd w:val="clear" w:color="auto" w:fill="F2F2F2"/>
          </w:tcPr>
          <w:p>
            <w:pPr>
              <w:keepNext/>
              <w:spacing w:before="0" w:after="0" w:line="300" w:lineRule="auto"/>
              <w:jc w:val="center"/>
            </w:pPr>
            <w:r/>
            <w:r>
              <w:rPr>
                <w:rFonts w:ascii="宋体" w:hAnsi="宋体" w:eastAsia="宋体"/>
                <w:b/>
                <w:sz w:val="19"/>
                <w:u w:val="none"/>
              </w:rPr>
              <w:t>本人签字或单位盖章</w:t>
            </w:r>
          </w:p>
        </w:tc>
      </w:tr>
      <w:tr>
        <w:trPr>
          <w:cantSplit/>
          <w:trHeight w:val="623" w:hRule="atLeast"/>
        </w:trPr>
        <w:tc>
          <w:tcPr>
            <w:tcW w:type="dxa" w:w="680"/>
            <w:vAlign w:val="center"/>
          </w:tcPr>
          <w:p>
            <w:pPr>
              <w:keepNext/>
              <w:spacing w:before="0" w:after="0" w:line="300" w:lineRule="auto"/>
              <w:jc w:val="center"/>
            </w:pPr>
            <w:r/>
            <w:r>
              <w:rPr>
                <w:rFonts w:ascii="宋体" w:hAnsi="宋体" w:eastAsia="宋体"/>
                <w:b w:val="0"/>
                <w:sz w:val="19"/>
                <w:u w:val="none"/>
              </w:rPr>
              <w:t>1</w:t>
            </w:r>
          </w:p>
        </w:tc>
        <w:tc>
          <w:tcPr>
            <w:tcW w:type="dxa" w:w="1247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  <w:tc>
          <w:tcPr>
            <w:tcW w:type="dxa" w:w="1927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  <w:tc>
          <w:tcPr>
            <w:tcW w:type="dxa" w:w="1701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  <w:tc>
          <w:tcPr>
            <w:tcW w:type="dxa" w:w="2041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  <w:tc>
          <w:tcPr>
            <w:tcW w:type="dxa" w:w="1360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</w:tr>
      <w:tr>
        <w:trPr>
          <w:cantSplit/>
          <w:trHeight w:val="623" w:hRule="atLeast"/>
        </w:trPr>
        <w:tc>
          <w:tcPr>
            <w:tcW w:type="dxa" w:w="680"/>
            <w:vAlign w:val="center"/>
          </w:tcPr>
          <w:p>
            <w:pPr>
              <w:keepNext/>
              <w:spacing w:before="0" w:after="0" w:line="300" w:lineRule="auto"/>
              <w:jc w:val="center"/>
            </w:pPr>
            <w:r/>
            <w:r>
              <w:rPr>
                <w:rFonts w:ascii="宋体" w:hAnsi="宋体" w:eastAsia="宋体"/>
                <w:b w:val="0"/>
                <w:sz w:val="19"/>
                <w:u w:val="none"/>
              </w:rPr>
              <w:t>2</w:t>
            </w:r>
          </w:p>
        </w:tc>
        <w:tc>
          <w:tcPr>
            <w:tcW w:type="dxa" w:w="1247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  <w:tc>
          <w:tcPr>
            <w:tcW w:type="dxa" w:w="1927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  <w:tc>
          <w:tcPr>
            <w:tcW w:type="dxa" w:w="1701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  <w:tc>
          <w:tcPr>
            <w:tcW w:type="dxa" w:w="2041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  <w:tc>
          <w:tcPr>
            <w:tcW w:type="dxa" w:w="1360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</w:tr>
      <w:tr>
        <w:trPr>
          <w:cantSplit/>
          <w:trHeight w:val="623" w:hRule="atLeast"/>
        </w:trPr>
        <w:tc>
          <w:tcPr>
            <w:tcW w:type="dxa" w:w="680"/>
            <w:vAlign w:val="center"/>
          </w:tcPr>
          <w:p>
            <w:pPr>
              <w:keepNext/>
              <w:spacing w:before="0" w:after="0" w:line="300" w:lineRule="auto"/>
              <w:jc w:val="center"/>
            </w:pPr>
            <w:r/>
            <w:r>
              <w:rPr>
                <w:rFonts w:ascii="宋体" w:hAnsi="宋体" w:eastAsia="宋体"/>
                <w:b w:val="0"/>
                <w:sz w:val="19"/>
                <w:u w:val="none"/>
              </w:rPr>
              <w:t>3</w:t>
            </w:r>
          </w:p>
        </w:tc>
        <w:tc>
          <w:tcPr>
            <w:tcW w:type="dxa" w:w="1247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  <w:tc>
          <w:tcPr>
            <w:tcW w:type="dxa" w:w="1927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  <w:tc>
          <w:tcPr>
            <w:tcW w:type="dxa" w:w="1701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  <w:tc>
          <w:tcPr>
            <w:tcW w:type="dxa" w:w="2041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  <w:tc>
          <w:tcPr>
            <w:tcW w:type="dxa" w:w="1360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</w:tr>
      <w:tr>
        <w:trPr>
          <w:cantSplit/>
          <w:trHeight w:val="623" w:hRule="atLeast"/>
        </w:trPr>
        <w:tc>
          <w:tcPr>
            <w:tcW w:type="dxa" w:w="680"/>
            <w:vAlign w:val="center"/>
          </w:tcPr>
          <w:p>
            <w:pPr>
              <w:keepNext/>
              <w:spacing w:before="0" w:after="0" w:line="300" w:lineRule="auto"/>
              <w:jc w:val="center"/>
            </w:pPr>
            <w:r/>
            <w:r>
              <w:rPr>
                <w:rFonts w:ascii="宋体" w:hAnsi="宋体" w:eastAsia="宋体"/>
                <w:b w:val="0"/>
                <w:sz w:val="19"/>
                <w:u w:val="none"/>
              </w:rPr>
              <w:t>4</w:t>
            </w:r>
          </w:p>
        </w:tc>
        <w:tc>
          <w:tcPr>
            <w:tcW w:type="dxa" w:w="1247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  <w:tc>
          <w:tcPr>
            <w:tcW w:type="dxa" w:w="1927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  <w:tc>
          <w:tcPr>
            <w:tcW w:type="dxa" w:w="1701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  <w:tc>
          <w:tcPr>
            <w:tcW w:type="dxa" w:w="2041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  <w:tc>
          <w:tcPr>
            <w:tcW w:type="dxa" w:w="1360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</w:tr>
      <w:tr>
        <w:trPr>
          <w:cantSplit/>
          <w:trHeight w:val="623" w:hRule="atLeast"/>
        </w:trPr>
        <w:tc>
          <w:tcPr>
            <w:tcW w:type="dxa" w:w="680"/>
            <w:vAlign w:val="center"/>
          </w:tcPr>
          <w:p>
            <w:pPr>
              <w:keepNext/>
              <w:spacing w:before="0" w:after="0" w:line="300" w:lineRule="auto"/>
              <w:jc w:val="center"/>
            </w:pPr>
            <w:r/>
            <w:r>
              <w:rPr>
                <w:rFonts w:ascii="宋体" w:hAnsi="宋体" w:eastAsia="宋体"/>
                <w:b w:val="0"/>
                <w:sz w:val="19"/>
                <w:u w:val="none"/>
              </w:rPr>
              <w:t>5</w:t>
            </w:r>
          </w:p>
        </w:tc>
        <w:tc>
          <w:tcPr>
            <w:tcW w:type="dxa" w:w="1247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  <w:tc>
          <w:tcPr>
            <w:tcW w:type="dxa" w:w="1927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  <w:tc>
          <w:tcPr>
            <w:tcW w:type="dxa" w:w="1701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  <w:tc>
          <w:tcPr>
            <w:tcW w:type="dxa" w:w="2041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  <w:tc>
          <w:tcPr>
            <w:tcW w:type="dxa" w:w="1360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</w:tr>
    </w:tbl>
    <w:p>
      <w:pPr>
        <w:spacing w:before="0" w:after="0" w:line="80" w:lineRule="exact"/>
      </w:pPr>
      <w:r>
        <w:rPr>
          <w:sz w:val="2"/>
        </w:rPr>
      </w:r>
    </w:p>
    <w:p>
      <w:pPr>
        <w:keepNext/>
        <w:spacing w:before="160" w:after="60" w:line="312" w:lineRule="auto"/>
      </w:pPr>
      <w:r>
        <w:rPr>
          <w:rFonts w:ascii="宋体" w:hAnsi="宋体" w:eastAsia="宋体"/>
          <w:b/>
          <w:sz w:val="24"/>
          <w:u w:val="none"/>
        </w:rPr>
        <w:t>（三）主持单位情况</w:t>
      </w:r>
    </w:p>
    <w:tbl>
      <w:tblPr>
        <w:jc w:val="center"/>
        <w:tblLook w:firstColumn="1" w:firstRow="1" w:lastColumn="0" w:lastRow="0" w:noHBand="0" w:noVBand="1" w:val="04A0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W w:type="dxa" w:w="8958"/>
        <w:tblLayout w:type="fixed"/>
      </w:tblPr>
      <w:tblGrid>
        <w:gridCol w:w="2268"/>
        <w:gridCol w:w="2324"/>
        <w:gridCol w:w="2154"/>
        <w:gridCol w:w="2211"/>
      </w:tblGrid>
      <w:tr>
        <w:tc>
          <w:tcPr>
            <w:tcW w:type="dxa" w:w="2268"/>
            <w:vAlign w:val="center"/>
            <w:shd w:val="clear" w:color="auto" w:fill="F2F2F2"/>
          </w:tcPr>
          <w:p>
            <w:pPr>
              <w:keepNext/>
              <w:spacing w:before="0" w:after="0" w:line="300" w:lineRule="auto"/>
              <w:jc w:val="center"/>
            </w:pPr>
            <w:r/>
            <w:r>
              <w:rPr>
                <w:rFonts w:ascii="宋体" w:hAnsi="宋体" w:eastAsia="宋体"/>
                <w:b/>
                <w:sz w:val="21"/>
                <w:u w:val="none"/>
              </w:rPr>
              <w:t>单位名称</w:t>
            </w:r>
          </w:p>
        </w:tc>
        <w:tc>
          <w:tcPr>
            <w:tcW w:type="dxa" w:w="2324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  <w:tc>
          <w:tcPr>
            <w:tcW w:type="dxa" w:w="2154"/>
            <w:vAlign w:val="center"/>
            <w:shd w:val="clear" w:color="auto" w:fill="F2F2F2"/>
          </w:tcPr>
          <w:p>
            <w:pPr>
              <w:keepNext/>
              <w:spacing w:before="0" w:after="0" w:line="300" w:lineRule="auto"/>
              <w:jc w:val="center"/>
            </w:pPr>
            <w:r/>
            <w:r>
              <w:rPr>
                <w:rFonts w:ascii="宋体" w:hAnsi="宋体" w:eastAsia="宋体"/>
                <w:b/>
                <w:sz w:val="21"/>
                <w:u w:val="none"/>
              </w:rPr>
              <w:t>主管部门</w:t>
            </w:r>
          </w:p>
        </w:tc>
        <w:tc>
          <w:tcPr>
            <w:tcW w:type="dxa" w:w="2211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</w:tr>
      <w:tr>
        <w:tc>
          <w:tcPr>
            <w:tcW w:type="dxa" w:w="2268"/>
            <w:vAlign w:val="center"/>
            <w:shd w:val="clear" w:color="auto" w:fill="F2F2F2"/>
          </w:tcPr>
          <w:p>
            <w:pPr>
              <w:keepNext/>
              <w:spacing w:before="0" w:after="0" w:line="300" w:lineRule="auto"/>
              <w:jc w:val="center"/>
            </w:pPr>
            <w:r/>
            <w:r>
              <w:rPr>
                <w:rFonts w:ascii="宋体" w:hAnsi="宋体" w:eastAsia="宋体"/>
                <w:b/>
                <w:sz w:val="21"/>
                <w:u w:val="none"/>
              </w:rPr>
              <w:t>统一社会信用代码</w:t>
            </w:r>
          </w:p>
        </w:tc>
        <w:tc>
          <w:tcPr>
            <w:tcW w:type="dxa" w:w="6690"/>
            <w:gridSpan w:val="3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</w:tr>
      <w:tr>
        <w:tc>
          <w:tcPr>
            <w:tcW w:type="dxa" w:w="2268"/>
            <w:vAlign w:val="center"/>
            <w:shd w:val="clear" w:color="auto" w:fill="F2F2F2"/>
          </w:tcPr>
          <w:p>
            <w:pPr>
              <w:keepNext/>
              <w:spacing w:before="0" w:after="0" w:line="300" w:lineRule="auto"/>
              <w:jc w:val="center"/>
            </w:pPr>
            <w:r/>
            <w:r>
              <w:rPr>
                <w:rFonts w:ascii="宋体" w:hAnsi="宋体" w:eastAsia="宋体"/>
                <w:b/>
                <w:sz w:val="21"/>
                <w:u w:val="none"/>
              </w:rPr>
              <w:t>联 系 人</w:t>
            </w:r>
          </w:p>
        </w:tc>
        <w:tc>
          <w:tcPr>
            <w:tcW w:type="dxa" w:w="2324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  <w:tc>
          <w:tcPr>
            <w:tcW w:type="dxa" w:w="2154"/>
            <w:vAlign w:val="center"/>
            <w:shd w:val="clear" w:color="auto" w:fill="F2F2F2"/>
          </w:tcPr>
          <w:p>
            <w:pPr>
              <w:keepNext/>
              <w:spacing w:before="0" w:after="0" w:line="300" w:lineRule="auto"/>
              <w:jc w:val="center"/>
            </w:pPr>
            <w:r/>
            <w:r>
              <w:rPr>
                <w:rFonts w:ascii="宋体" w:hAnsi="宋体" w:eastAsia="宋体"/>
                <w:b/>
                <w:sz w:val="21"/>
                <w:u w:val="none"/>
              </w:rPr>
              <w:t>联系电话</w:t>
            </w:r>
          </w:p>
        </w:tc>
        <w:tc>
          <w:tcPr>
            <w:tcW w:type="dxa" w:w="2211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</w:tr>
      <w:tr>
        <w:tc>
          <w:tcPr>
            <w:tcW w:type="dxa" w:w="2268"/>
            <w:vAlign w:val="center"/>
            <w:shd w:val="clear" w:color="auto" w:fill="F2F2F2"/>
          </w:tcPr>
          <w:p>
            <w:pPr>
              <w:keepNext/>
              <w:spacing w:before="0" w:after="0" w:line="300" w:lineRule="auto"/>
              <w:jc w:val="center"/>
            </w:pPr>
            <w:r/>
            <w:r>
              <w:rPr>
                <w:rFonts w:ascii="宋体" w:hAnsi="宋体" w:eastAsia="宋体"/>
                <w:b/>
                <w:sz w:val="21"/>
                <w:u w:val="none"/>
              </w:rPr>
              <w:t>传　　真</w:t>
            </w:r>
          </w:p>
        </w:tc>
        <w:tc>
          <w:tcPr>
            <w:tcW w:type="dxa" w:w="2324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  <w:tc>
          <w:tcPr>
            <w:tcW w:type="dxa" w:w="2154"/>
            <w:vAlign w:val="center"/>
            <w:shd w:val="clear" w:color="auto" w:fill="F2F2F2"/>
          </w:tcPr>
          <w:p>
            <w:pPr>
              <w:keepNext/>
              <w:spacing w:before="0" w:after="0" w:line="300" w:lineRule="auto"/>
              <w:jc w:val="center"/>
            </w:pPr>
            <w:r/>
            <w:r>
              <w:rPr>
                <w:rFonts w:ascii="宋体" w:hAnsi="宋体" w:eastAsia="宋体"/>
                <w:b/>
                <w:sz w:val="21"/>
                <w:u w:val="none"/>
              </w:rPr>
              <w:t>电子信箱</w:t>
            </w:r>
          </w:p>
        </w:tc>
        <w:tc>
          <w:tcPr>
            <w:tcW w:type="dxa" w:w="2211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</w:tr>
      <w:tr>
        <w:tc>
          <w:tcPr>
            <w:tcW w:type="dxa" w:w="2268"/>
            <w:vAlign w:val="center"/>
            <w:shd w:val="clear" w:color="auto" w:fill="F2F2F2"/>
          </w:tcPr>
          <w:p>
            <w:pPr>
              <w:keepNext/>
              <w:spacing w:before="0" w:after="0" w:line="300" w:lineRule="auto"/>
              <w:jc w:val="center"/>
            </w:pPr>
            <w:r/>
            <w:r>
              <w:rPr>
                <w:rFonts w:ascii="宋体" w:hAnsi="宋体" w:eastAsia="宋体"/>
                <w:b/>
                <w:sz w:val="21"/>
                <w:u w:val="none"/>
              </w:rPr>
              <w:t>通讯地址</w:t>
            </w:r>
          </w:p>
        </w:tc>
        <w:tc>
          <w:tcPr>
            <w:tcW w:type="dxa" w:w="2324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  <w:tc>
          <w:tcPr>
            <w:tcW w:type="dxa" w:w="2154"/>
            <w:vAlign w:val="center"/>
            <w:shd w:val="clear" w:color="auto" w:fill="F2F2F2"/>
          </w:tcPr>
          <w:p>
            <w:pPr>
              <w:keepNext/>
              <w:spacing w:before="0" w:after="0" w:line="300" w:lineRule="auto"/>
              <w:jc w:val="center"/>
            </w:pPr>
            <w:r/>
            <w:r>
              <w:rPr>
                <w:rFonts w:ascii="宋体" w:hAnsi="宋体" w:eastAsia="宋体"/>
                <w:b/>
                <w:sz w:val="21"/>
                <w:u w:val="none"/>
              </w:rPr>
              <w:t>邮政编码</w:t>
            </w:r>
          </w:p>
        </w:tc>
        <w:tc>
          <w:tcPr>
            <w:tcW w:type="dxa" w:w="2211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</w:tr>
      <w:tr>
        <w:tc>
          <w:tcPr>
            <w:tcW w:type="dxa" w:w="2268"/>
            <w:vAlign w:val="center"/>
            <w:shd w:val="clear" w:color="auto" w:fill="F2F2F2"/>
          </w:tcPr>
          <w:p>
            <w:pPr>
              <w:keepNext/>
              <w:spacing w:before="0" w:after="0" w:line="300" w:lineRule="auto"/>
              <w:jc w:val="center"/>
            </w:pPr>
            <w:r/>
            <w:r>
              <w:rPr>
                <w:rFonts w:ascii="宋体" w:hAnsi="宋体" w:eastAsia="宋体"/>
                <w:b/>
                <w:sz w:val="21"/>
                <w:u w:val="none"/>
              </w:rPr>
              <w:t>主 要 贡 献</w:t>
            </w:r>
          </w:p>
        </w:tc>
        <w:tc>
          <w:tcPr>
            <w:tcW w:type="dxa" w:w="6690"/>
            <w:gridSpan w:val="3"/>
            <w:vAlign w:val="center"/>
          </w:tcPr>
          <w:p>
            <w:pPr>
              <w:keepNext/>
              <w:spacing w:before="0" w:after="0" w:line="300" w:lineRule="auto"/>
            </w:pPr>
            <w:r/>
            <w:r>
              <w:rPr>
                <w:rFonts w:ascii="仿宋" w:hAnsi="仿宋" w:eastAsia="仿宋"/>
                <w:b w:val="0"/>
                <w:sz w:val="18"/>
                <w:u w:val="none"/>
              </w:rPr>
              <w:t>（200 字以内）</w:t>
            </w:r>
          </w:p>
        </w:tc>
      </w:tr>
      <w:tr>
        <w:trPr>
          <w:cantSplit/>
          <w:trHeight w:val="1701" w:hRule="atLeast"/>
        </w:trPr>
        <w:tc>
          <w:tcPr>
            <w:tcW w:type="dxa" w:w="8958"/>
            <w:gridSpan w:val="4"/>
            <w:vAlign w:val="center"/>
          </w:tcPr>
          <w:p>
            <w:pPr>
              <w:keepNext/>
              <w:spacing w:before="0" w:after="0" w:line="300" w:lineRule="auto"/>
            </w:pPr>
            <w:r/>
          </w:p>
        </w:tc>
      </w:tr>
      <w:tr>
        <w:tc>
          <w:tcPr>
            <w:tcW w:type="dxa" w:w="2268"/>
            <w:vAlign w:val="center"/>
            <w:shd w:val="clear" w:color="auto" w:fill="F2F2F2"/>
          </w:tcPr>
          <w:p>
            <w:pPr>
              <w:keepNext/>
              <w:spacing w:before="0" w:after="0" w:line="300" w:lineRule="auto"/>
              <w:jc w:val="center"/>
            </w:pPr>
            <w:r/>
            <w:r>
              <w:rPr>
                <w:rFonts w:ascii="宋体" w:hAnsi="宋体" w:eastAsia="宋体"/>
                <w:b/>
                <w:sz w:val="21"/>
                <w:u w:val="none"/>
              </w:rPr>
              <w:t>单位盖章</w:t>
            </w:r>
          </w:p>
        </w:tc>
        <w:tc>
          <w:tcPr>
            <w:tcW w:type="dxa" w:w="6690"/>
            <w:gridSpan w:val="3"/>
            <w:vAlign w:val="center"/>
          </w:tcPr>
          <w:p>
            <w:pPr>
              <w:keepNext/>
              <w:spacing w:before="0" w:after="0" w:line="300" w:lineRule="auto"/>
              <w:jc w:val="right"/>
            </w:pPr>
            <w:r/>
            <w:r>
              <w:rPr>
                <w:rFonts w:ascii="宋体" w:hAnsi="宋体" w:eastAsia="宋体"/>
                <w:b w:val="0"/>
                <w:sz w:val="21"/>
                <w:u w:val="none"/>
              </w:rPr>
              <w:t xml:space="preserve">　　　　　　　　　　　　　　　　　　　　　年　　月　　日</w:t>
            </w:r>
          </w:p>
        </w:tc>
      </w:tr>
    </w:tbl>
    <w:p>
      <w:pPr>
        <w:spacing w:before="0" w:after="0" w:line="80" w:lineRule="exact"/>
      </w:pPr>
      <w:r>
        <w:rPr>
          <w:sz w:val="2"/>
        </w:rPr>
      </w:r>
    </w:p>
    <w:p>
      <w:pPr>
        <w:keepNext/>
        <w:spacing w:before="240" w:after="100" w:line="312" w:lineRule="auto"/>
      </w:pPr>
      <w:r>
        <w:rPr>
          <w:rFonts w:ascii="黑体" w:hAnsi="黑体" w:eastAsia="黑体"/>
          <w:b/>
          <w:sz w:val="28"/>
          <w:u w:val="none"/>
        </w:rPr>
        <w:t>八、推荐、评审意见</w:t>
      </w:r>
    </w:p>
    <w:tbl>
      <w:tblPr>
        <w:jc w:val="center"/>
        <w:tblLook w:firstColumn="1" w:firstRow="1" w:lastColumn="0" w:lastRow="0" w:noHBand="0" w:noVBand="1" w:val="04A0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W w:type="dxa" w:w="8958"/>
        <w:tblLayout w:type="fixed"/>
      </w:tblPr>
      <w:tblGrid>
        <w:gridCol w:w="2041"/>
        <w:gridCol w:w="6917"/>
      </w:tblGrid>
      <w:tr>
        <w:trPr>
          <w:cantSplit/>
          <w:trHeight w:val="2041" w:hRule="atLeast"/>
        </w:trPr>
        <w:tc>
          <w:tcPr>
            <w:tcW w:type="dxa" w:w="2041"/>
            <w:vAlign w:val="center"/>
            <w:shd w:val="clear" w:color="auto" w:fill="F2F2F2"/>
          </w:tcPr>
          <w:p>
            <w:pPr>
              <w:keepNext/>
              <w:spacing w:before="0" w:after="0" w:line="300" w:lineRule="auto"/>
              <w:jc w:val="center"/>
            </w:pPr>
            <w:r/>
            <w:r>
              <w:rPr>
                <w:rFonts w:ascii="宋体" w:hAnsi="宋体" w:eastAsia="宋体"/>
                <w:b/>
                <w:sz w:val="21"/>
                <w:u w:val="none"/>
              </w:rPr>
              <w:t>申报单位意见</w:t>
            </w:r>
          </w:p>
        </w:tc>
        <w:tc>
          <w:tcPr>
            <w:tcW w:type="dxa" w:w="6917"/>
            <w:vAlign w:val="center"/>
          </w:tcPr>
          <w:p>
            <w:pPr>
              <w:keepNext/>
              <w:spacing w:before="0" w:after="0" w:line="300" w:lineRule="auto"/>
            </w:pPr>
            <w:r/>
            <w:r>
              <w:rPr>
                <w:rFonts w:ascii="宋体" w:hAnsi="宋体" w:eastAsia="宋体"/>
                <w:b w:val="0"/>
                <w:sz w:val="21"/>
                <w:u w:val="none"/>
              </w:rPr>
              <w:t>本单位保证该案例材料的真实性和原创性，同意推荐该案例申报“四个未来”优秀应用案例，并承诺配合后续展示、推广与监督工作。</w:t>
            </w:r>
          </w:p>
          <w:p>
            <w:pPr>
              <w:keepNext/>
              <w:spacing w:before="0" w:after="0" w:line="300" w:lineRule="auto"/>
            </w:pPr>
          </w:p>
          <w:p>
            <w:pPr>
              <w:keepNext/>
              <w:spacing w:before="0" w:after="0" w:line="300" w:lineRule="auto"/>
            </w:pPr>
          </w:p>
          <w:p>
            <w:pPr>
              <w:keepNext/>
              <w:spacing w:before="0" w:after="0" w:line="300" w:lineRule="auto"/>
            </w:pPr>
            <w:r>
              <w:rPr>
                <w:rFonts w:ascii="宋体" w:hAnsi="宋体" w:eastAsia="宋体"/>
                <w:b w:val="0"/>
                <w:sz w:val="21"/>
                <w:u w:val="none"/>
              </w:rPr>
              <w:t>单位（章）：　　　　　　　　　　　　　　　　　　　　　　　　　　　　　　年　　月　　日</w:t>
            </w:r>
          </w:p>
        </w:tc>
      </w:tr>
      <w:tr>
        <w:trPr>
          <w:cantSplit/>
          <w:trHeight w:val="1814" w:hRule="atLeast"/>
        </w:trPr>
        <w:tc>
          <w:tcPr>
            <w:tcW w:type="dxa" w:w="2041"/>
            <w:vAlign w:val="center"/>
            <w:shd w:val="clear" w:color="auto" w:fill="F2F2F2"/>
          </w:tcPr>
          <w:p>
            <w:pPr>
              <w:keepNext/>
              <w:spacing w:before="0" w:after="0" w:line="300" w:lineRule="auto"/>
              <w:jc w:val="center"/>
            </w:pPr>
            <w:r/>
            <w:r>
              <w:rPr>
                <w:rFonts w:ascii="宋体" w:hAnsi="宋体" w:eastAsia="宋体"/>
                <w:b/>
                <w:sz w:val="21"/>
                <w:u w:val="none"/>
              </w:rPr>
              <w:t>推荐分支机构意见</w:t>
            </w:r>
          </w:p>
        </w:tc>
        <w:tc>
          <w:tcPr>
            <w:tcW w:type="dxa" w:w="6917"/>
            <w:vAlign w:val="center"/>
          </w:tcPr>
          <w:p>
            <w:pPr>
              <w:keepNext/>
              <w:spacing w:before="0" w:after="0" w:line="300" w:lineRule="auto"/>
            </w:pPr>
            <w:r/>
            <w:r>
              <w:rPr>
                <w:rFonts w:ascii="宋体" w:hAnsi="宋体" w:eastAsia="宋体"/>
                <w:b w:val="0"/>
                <w:sz w:val="21"/>
                <w:u w:val="none"/>
              </w:rPr>
              <w:t>□ 同意推荐　　　□ 不同意推荐</w:t>
            </w:r>
          </w:p>
          <w:p>
            <w:pPr>
              <w:keepNext/>
              <w:spacing w:before="0" w:after="0" w:line="300" w:lineRule="auto"/>
            </w:pPr>
          </w:p>
          <w:p>
            <w:pPr>
              <w:keepNext/>
              <w:spacing w:before="0" w:after="0" w:line="300" w:lineRule="auto"/>
            </w:pPr>
          </w:p>
          <w:p>
            <w:pPr>
              <w:keepNext/>
              <w:spacing w:before="0" w:after="0" w:line="300" w:lineRule="auto"/>
            </w:pPr>
            <w:r>
              <w:rPr>
                <w:rFonts w:ascii="宋体" w:hAnsi="宋体" w:eastAsia="宋体"/>
                <w:b w:val="0"/>
                <w:sz w:val="21"/>
                <w:u w:val="none"/>
              </w:rPr>
              <w:t>机构（章）：　　　　　　　　　　　　　　　　　　　　　　　　　　　　　　年　　月　　日</w:t>
            </w:r>
          </w:p>
        </w:tc>
      </w:tr>
      <w:tr>
        <w:trPr>
          <w:cantSplit/>
          <w:trHeight w:val="1701" w:hRule="atLeast"/>
        </w:trPr>
        <w:tc>
          <w:tcPr>
            <w:tcW w:type="dxa" w:w="2041"/>
            <w:vAlign w:val="center"/>
            <w:shd w:val="clear" w:color="auto" w:fill="F2F2F2"/>
          </w:tcPr>
          <w:p>
            <w:pPr>
              <w:keepNext/>
              <w:spacing w:before="0" w:after="0" w:line="300" w:lineRule="auto"/>
              <w:jc w:val="center"/>
            </w:pPr>
            <w:r/>
            <w:r>
              <w:rPr>
                <w:rFonts w:ascii="宋体" w:hAnsi="宋体" w:eastAsia="宋体"/>
                <w:b/>
                <w:sz w:val="21"/>
                <w:u w:val="none"/>
              </w:rPr>
              <w:t>评审意见</w:t>
            </w:r>
          </w:p>
        </w:tc>
        <w:tc>
          <w:tcPr>
            <w:tcW w:type="dxa" w:w="6917"/>
            <w:vAlign w:val="center"/>
          </w:tcPr>
          <w:p>
            <w:pPr>
              <w:keepNext/>
              <w:spacing w:before="0" w:after="0" w:line="300" w:lineRule="auto"/>
            </w:pPr>
            <w:r/>
          </w:p>
          <w:p>
            <w:pPr>
              <w:keepNext/>
              <w:spacing w:before="0" w:after="0" w:line="300" w:lineRule="auto"/>
            </w:pPr>
          </w:p>
          <w:p>
            <w:pPr>
              <w:keepNext/>
              <w:spacing w:before="0" w:after="0" w:line="300" w:lineRule="auto"/>
            </w:pPr>
          </w:p>
          <w:p>
            <w:pPr>
              <w:keepNext/>
              <w:spacing w:before="0" w:after="0" w:line="300" w:lineRule="auto"/>
            </w:pPr>
            <w:r>
              <w:rPr>
                <w:rFonts w:ascii="宋体" w:hAnsi="宋体" w:eastAsia="宋体"/>
                <w:b w:val="0"/>
                <w:sz w:val="21"/>
                <w:u w:val="none"/>
              </w:rPr>
              <w:t>组长签字：　　　　　　　　　　　　　　　　　　　　　　　　　　　　　　年　　月　　日</w:t>
            </w:r>
          </w:p>
        </w:tc>
      </w:tr>
    </w:tbl>
    <w:p>
      <w:pPr>
        <w:spacing w:before="0" w:after="0" w:line="80" w:lineRule="exact"/>
      </w:pPr>
      <w:r>
        <w:rPr>
          <w:sz w:val="2"/>
        </w:rPr>
      </w:r>
    </w:p>
    <w:p>
      <w:pPr>
        <w:keepNext/>
        <w:spacing w:before="280" w:after="100" w:line="312" w:lineRule="auto"/>
      </w:pPr>
      <w:r>
        <w:rPr>
          <w:rFonts w:ascii="黑体" w:hAnsi="黑体" w:eastAsia="黑体"/>
          <w:b/>
          <w:sz w:val="28"/>
          <w:u w:val="none"/>
        </w:rPr>
        <w:t>附：报送说明</w:t>
      </w:r>
    </w:p>
    <w:p>
      <w:pPr>
        <w:spacing w:before="0" w:after="40" w:line="360" w:lineRule="auto"/>
        <w:ind w:firstLine="480"/>
      </w:pPr>
      <w:r>
        <w:rPr>
          <w:rFonts w:ascii="宋体" w:hAnsi="宋体" w:eastAsia="宋体"/>
          <w:b w:val="0"/>
          <w:sz w:val="24"/>
          <w:u w:val="none"/>
        </w:rPr>
        <w:t>1. 展示视频：如有，时长应控制在 5 分钟以内，画面清晰、声音清楚，格式仅限 MP4；内容应包括应用场景演示、核心功能介绍、实际效果呈现，可搭配教师或学生访谈。</w:t>
      </w:r>
    </w:p>
    <w:p>
      <w:pPr>
        <w:spacing w:before="0" w:after="40" w:line="360" w:lineRule="auto"/>
        <w:ind w:firstLine="480"/>
      </w:pPr>
      <w:r>
        <w:rPr>
          <w:rFonts w:ascii="宋体" w:hAnsi="宋体" w:eastAsia="宋体"/>
          <w:b w:val="0"/>
          <w:sz w:val="24"/>
          <w:u w:val="none"/>
        </w:rPr>
        <w:t>2. 佐证材料：必要时可附加实施前后数据对比表、师生反馈问卷、相关获奖证书、媒体报道截图等，须加盖推荐或申报单位公章。</w:t>
      </w:r>
    </w:p>
    <w:p>
      <w:pPr>
        <w:spacing w:before="0" w:after="40" w:line="360" w:lineRule="auto"/>
        <w:ind w:firstLine="480"/>
      </w:pPr>
      <w:r>
        <w:rPr>
          <w:rFonts w:ascii="宋体" w:hAnsi="宋体" w:eastAsia="宋体"/>
          <w:b w:val="0"/>
          <w:sz w:val="24"/>
          <w:u w:val="none"/>
        </w:rPr>
        <w:t>3. 报送方式：本表与展示视频及全部申报材料整理在一个文件夹中，以“分支机构+案例名称”命名，压缩后报送至电子邮箱 caet_rjw@163.com。</w:t>
      </w:r>
    </w:p>
    <w:p>
      <w:pPr>
        <w:spacing w:before="0" w:after="40" w:line="360" w:lineRule="auto"/>
        <w:ind w:firstLine="480"/>
      </w:pPr>
      <w:r>
        <w:rPr>
          <w:rFonts w:ascii="宋体" w:hAnsi="宋体" w:eastAsia="宋体"/>
          <w:b w:val="0"/>
          <w:sz w:val="24"/>
          <w:u w:val="none"/>
        </w:rPr>
        <w:t>4. 报送截止时间：2026 年 10 月 25 日。</w:t>
      </w:r>
    </w:p>
    <w:p>
      <w:pPr>
        <w:spacing w:before="0" w:after="40" w:line="360" w:lineRule="auto"/>
        <w:ind w:firstLine="480"/>
      </w:pPr>
      <w:r>
        <w:rPr>
          <w:rFonts w:ascii="宋体" w:hAnsi="宋体" w:eastAsia="宋体"/>
          <w:b w:val="0"/>
          <w:sz w:val="24"/>
          <w:u w:val="none"/>
        </w:rPr>
        <w:t>5. 本次征集不收取任何费用，不进行评奖；通过遴选的案例集将在“中国教育技术协会创新发展与应用大会”上分享展示，并以多种方式推动案例成果在全国范围内推广。</w:t>
      </w:r>
    </w:p>
    <w:sectPr w:rsidR="00FC693F" w:rsidRPr="0006063C" w:rsidSect="00034616">
      <w:footerReference w:type="default" r:id="rId9"/>
      <w:pgSz w:w="11906" w:h="16838"/>
      <w:pgMar w:top="1361" w:right="1474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宋体" w:hAnsi="宋体" w:eastAsia="宋体"/>
        <w:b w:val="0"/>
        <w:sz w:val="21"/>
        <w:u w:val="none"/>
      </w:rPr>
      <w:t xml:space="preserve">— </w:t>
    </w:r>
    <w:r>
      <w:rPr>
        <w:rFonts w:ascii="宋体" w:hAnsi="宋体" w:eastAsia="宋体"/>
        <w:b w:val="0"/>
        <w:sz w:val="21"/>
        <w:u w:val="none"/>
      </w:rPr>
      <w:fldChar w:fldCharType="begin"/>
      <w:instrText xml:space="preserve"> PAGE </w:instrText>
      <w:fldChar w:fldCharType="end"/>
    </w:r>
    <w:r>
      <w:rPr>
        <w:rFonts w:ascii="宋体" w:hAnsi="宋体" w:eastAsia="宋体"/>
        <w:b w:val="0"/>
        <w:sz w:val="21"/>
        <w:u w:val="none"/>
      </w:rPr>
      <w:t xml:space="preserve"> —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