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200" w:line="336" w:lineRule="auto"/>
        <w:jc w:val="center"/>
      </w:pPr>
      <w:r>
        <w:rPr>
          <w:rFonts w:ascii="黑体" w:hAnsi="黑体" w:eastAsia="黑体"/>
          <w:b/>
          <w:sz w:val="44"/>
          <w:u w:val="none"/>
        </w:rPr>
        <w:t>创新成果发布项目申报表</w:t>
      </w: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 xml:space="preserve">成  果  名  称　　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 xml:space="preserve">成 果 主 持 人　　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 xml:space="preserve">推 荐 分 支 机 构　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>完 成 单 位 及 盖 章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spacing w:before="120" w:after="120" w:line="360" w:lineRule="auto"/>
        <w:ind w:left="680"/>
      </w:pPr>
      <w:r>
        <w:rPr>
          <w:rFonts w:ascii="宋体" w:hAnsi="宋体" w:eastAsia="宋体"/>
          <w:b/>
          <w:sz w:val="24"/>
          <w:u w:val="none"/>
        </w:rPr>
        <w:t>推  荐  时  间　　2026  年     月     日</w:t>
      </w: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0" w:line="336" w:lineRule="auto"/>
        <w:jc w:val="center"/>
      </w:pPr>
      <w:r>
        <w:rPr>
          <w:rFonts w:ascii="宋体" w:hAnsi="宋体" w:eastAsia="宋体"/>
          <w:b/>
          <w:sz w:val="32"/>
          <w:u w:val="none"/>
        </w:rPr>
        <w:t>中国教育技术协会制</w:t>
      </w:r>
    </w:p>
    <w:p>
      <w:pPr>
        <w:spacing w:before="0" w:after="0" w:line="336" w:lineRule="auto"/>
        <w:jc w:val="center"/>
      </w:pPr>
      <w:r>
        <w:rPr>
          <w:rFonts w:ascii="宋体" w:hAnsi="宋体" w:eastAsia="宋体"/>
          <w:b/>
          <w:sz w:val="32"/>
          <w:u w:val="none"/>
        </w:rPr>
        <w:t>2026 年 10 月</w:t>
      </w:r>
    </w:p>
    <w:p>
      <w:r>
        <w:br w:type="page"/>
      </w:r>
    </w:p>
    <w:p>
      <w:pPr>
        <w:spacing w:before="0" w:after="200" w:line="336" w:lineRule="auto"/>
        <w:jc w:val="center"/>
      </w:pPr>
      <w:r>
        <w:rPr>
          <w:rFonts w:ascii="宋体" w:hAnsi="宋体" w:eastAsia="宋体"/>
          <w:b/>
          <w:sz w:val="28"/>
          <w:u w:val="none"/>
        </w:rPr>
        <w:t>成果主持人承诺书</w:t>
      </w:r>
    </w:p>
    <w:p>
      <w:pPr>
        <w:spacing w:before="0" w:after="12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在申报过程中，本人自愿做出如下承诺：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1. 对填写的各项内容负责，成果申报材料真实、可靠，成果无知识产权纠纷、无学术不端、无违规侵权问题，未弄虚作假、未剽窃他人成果。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2. 申报成果符合国家教育方针政策、教育数字化发展规划，内容积极合规。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3. 成果已完成研发、落地应用或阶段性落地，所填应用成效、数据支撑与实践案例真实可核查。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4. 成果具有行业引领性和推广价值，适配各级各类教育场景，可面向全国教育领域推广应用。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5. 自愿接受本次征集的评审与公示，同意年会公开推介展示，并配合成果的推广转化工作。</w:t>
      </w:r>
    </w:p>
    <w:p>
      <w:pPr>
        <w:spacing w:before="0" w:after="0" w:line="336" w:lineRule="auto"/>
      </w:pPr>
    </w:p>
    <w:p>
      <w:pPr>
        <w:spacing w:line="360" w:lineRule="auto"/>
      </w:pPr>
      <w:r>
        <w:rPr>
          <w:rFonts w:ascii="宋体" w:hAnsi="宋体" w:eastAsia="宋体"/>
          <w:b w:val="0"/>
          <w:sz w:val="24"/>
          <w:u w:val="none"/>
        </w:rPr>
        <w:t>成果主持人签字：　　　　　　所在单位主要负责人签字（签章）：</w:t>
      </w:r>
    </w:p>
    <w:p>
      <w:pPr>
        <w:spacing w:before="0" w:after="0" w:line="336" w:lineRule="auto"/>
      </w:pPr>
    </w:p>
    <w:p>
      <w:pPr>
        <w:spacing w:line="360" w:lineRule="auto"/>
        <w:ind w:left="5443"/>
      </w:pPr>
      <w:r>
        <w:rPr>
          <w:rFonts w:ascii="宋体" w:hAnsi="宋体" w:eastAsia="宋体"/>
          <w:b w:val="0"/>
          <w:sz w:val="24"/>
          <w:u w:val="none"/>
        </w:rPr>
        <w:t>年　　月　　日</w:t>
      </w:r>
    </w:p>
    <w:p>
      <w:r>
        <w:br w:type="page"/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一、成果类别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（一）在下列成果类别中打“√”（限选一项）</w:t>
      </w:r>
    </w:p>
    <w:p>
      <w:pPr>
        <w:spacing w:before="0" w:after="80" w:line="384" w:lineRule="auto"/>
      </w:pPr>
      <w:r>
        <w:rPr>
          <w:rFonts w:ascii="宋体" w:hAnsi="宋体" w:eastAsia="宋体"/>
          <w:b w:val="0"/>
          <w:sz w:val="24"/>
          <w:u w:val="none"/>
        </w:rPr>
        <w:t>□1-重大研究项目成果　　　□2-科研创新成果　　　□3-AI 相关软件创新成果</w:t>
      </w:r>
    </w:p>
    <w:p>
      <w:pPr>
        <w:spacing w:before="0" w:after="120" w:line="336" w:lineRule="auto"/>
        <w:ind w:firstLine="400"/>
      </w:pPr>
      <w:r>
        <w:rPr>
          <w:rFonts w:ascii="仿宋" w:hAnsi="仿宋" w:eastAsia="仿宋"/>
          <w:b w:val="0"/>
          <w:sz w:val="20"/>
          <w:u w:val="none"/>
        </w:rPr>
        <w:t>说明：三类成果的征集范围详见教技协〔2026〕10 号通知“三、征集成果类别”，请在申报前确认所选类别与成果实质相符。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（二）在下列申报主体情形中打“√”（限选一项）</w:t>
      </w:r>
    </w:p>
    <w:p>
      <w:pPr>
        <w:spacing w:before="0" w:after="40" w:line="360" w:lineRule="auto"/>
      </w:pPr>
      <w:r>
        <w:rPr>
          <w:rFonts w:ascii="宋体" w:hAnsi="宋体" w:eastAsia="宋体"/>
          <w:b w:val="0"/>
          <w:sz w:val="23"/>
          <w:u w:val="none"/>
        </w:rPr>
        <w:t>□1-以协会分支机构名义推荐报送</w:t>
      </w:r>
    </w:p>
    <w:p>
      <w:pPr>
        <w:spacing w:before="0" w:after="80" w:line="360" w:lineRule="auto"/>
      </w:pPr>
      <w:r>
        <w:rPr>
          <w:rFonts w:ascii="宋体" w:hAnsi="宋体" w:eastAsia="宋体"/>
          <w:b w:val="0"/>
          <w:sz w:val="23"/>
          <w:u w:val="none"/>
        </w:rPr>
        <w:t>□2-以协会单位会员名义申报并经分支机构推荐</w:t>
      </w:r>
    </w:p>
    <w:p>
      <w:pPr>
        <w:tabs>
          <w:tab w:pos="6803" w:val="left" w:leader="underscore"/>
        </w:tabs>
        <w:spacing w:before="120" w:after="120" w:line="336" w:lineRule="auto"/>
      </w:pPr>
      <w:r>
        <w:rPr>
          <w:rFonts w:ascii="宋体" w:hAnsi="宋体" w:eastAsia="宋体"/>
          <w:b/>
          <w:sz w:val="24"/>
          <w:u w:val="none"/>
        </w:rPr>
        <w:t>（三）推荐分支机构名称：</w:t>
      </w:r>
      <w:r>
        <w:rPr>
          <w:rFonts w:ascii="宋体" w:hAnsi="宋体" w:eastAsia="宋体"/>
          <w:b w:val="0"/>
          <w:sz w:val="24"/>
          <w:u w:val="none"/>
        </w:rPr>
        <w:tab/>
        <w:t xml:space="preserve">　</w:t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二、成果基本信息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211"/>
        <w:gridCol w:w="2438"/>
        <w:gridCol w:w="1701"/>
        <w:gridCol w:w="2608"/>
      </w:tblGrid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成果名称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研发起止时间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起始：　　　年　　月　　　　完成：　　　年　　月</w:t>
            </w:r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关键词（3—5个）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成果所处阶段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已完成研发　□ 已落地应用　□ 阶段性落地</w:t>
            </w:r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应用范围</w:t>
            </w:r>
          </w:p>
        </w:tc>
        <w:tc>
          <w:tcPr>
            <w:tcW w:type="dxa" w:w="2438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学校　　　所</w:t>
            </w:r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用户　　　人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区域：</w:t>
            </w:r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知识产权情况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专利　□ 软件著作权　□ 论文　□ 专著　□ 其他：　　　　　（共　　　项）</w:t>
            </w:r>
          </w:p>
        </w:tc>
      </w:tr>
      <w:tr>
        <w:tc>
          <w:tcPr>
            <w:tcW w:type="dxa" w:w="8958"/>
            <w:gridSpan w:val="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成果简介（400 字以内）</w:t>
            </w:r>
          </w:p>
        </w:tc>
      </w:tr>
      <w:tr>
        <w:trPr>
          <w:cantSplit/>
          <w:trHeight w:val="2721" w:hRule="atLeast"/>
        </w:trPr>
        <w:tc>
          <w:tcPr>
            <w:tcW w:type="dxa" w:w="8958"/>
            <w:gridSpan w:val="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三、成果详细介绍材料（3000—5000 字）</w:t>
      </w:r>
    </w:p>
    <w:p>
      <w:pPr>
        <w:spacing w:before="0" w:after="120" w:line="360" w:lineRule="auto"/>
        <w:ind w:firstLine="420"/>
      </w:pPr>
      <w:r>
        <w:rPr>
          <w:rFonts w:ascii="宋体" w:hAnsi="宋体" w:eastAsia="宋体"/>
          <w:b w:val="0"/>
          <w:sz w:val="21"/>
          <w:u w:val="none"/>
        </w:rPr>
        <w:t>本部分须完整覆盖成果背景、创新亮点、核心内容、技术原理、应用场景、实践成效、推广价值、未来规划八个要素，八个要素合计字数不少于 3000 字、不超过 5000 字。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1.成果背景（建议 300—400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填写要点：交代研究或研发的缘起、要解决的核心问题、政策与行业背景、国内外现状与差距。</w:t>
            </w:r>
          </w:p>
        </w:tc>
      </w:tr>
      <w:tr>
        <w:trPr>
          <w:cantSplit/>
          <w:trHeight w:val="2721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2.创新亮点（建议 400—600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填写要点：凝练 3—5 条创新点，逐条说明“新”在何处，与既有成果的实质差异。</w:t>
            </w:r>
          </w:p>
        </w:tc>
      </w:tr>
      <w:tr>
        <w:trPr>
          <w:cantSplit/>
          <w:trHeight w:val="3515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3.核心内容（建议 600—900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填写要点：系统阐述成果的主体构成、主要内容框架、关键模块或核心观点。</w:t>
            </w:r>
          </w:p>
        </w:tc>
      </w:tr>
      <w:tr>
        <w:trPr>
          <w:cantSplit/>
          <w:trHeight w:val="4876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4.技术原理（建议 400—700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填写要点：说明技术路线、架构设计、关键算法或理论模型及其实现方式；非技术类成果可阐述方法论原理。</w:t>
            </w:r>
          </w:p>
        </w:tc>
      </w:tr>
      <w:tr>
        <w:trPr>
          <w:cantSplit/>
          <w:trHeight w:val="3969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5.应用场景（建议 400—600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填写要点：列举典型应用场景、适用对象与适用条件，说明如何嵌入教育教学或管理流程。</w:t>
            </w:r>
          </w:p>
        </w:tc>
      </w:tr>
      <w:tr>
        <w:trPr>
          <w:cantSplit/>
          <w:trHeight w:val="3515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6.实践成效（建议 500—800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填写要点：以真实数据和应用案例说话，说明对教育教学、教育管理提质增效的实际贡献。</w:t>
            </w:r>
          </w:p>
        </w:tc>
      </w:tr>
      <w:tr>
        <w:trPr>
          <w:cantSplit/>
          <w:trHeight w:val="4422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7.推广价值（建议 300—500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填写要点：说明行业引领性、适配的教育场景与可复制、可推广、可落地的示范价值。</w:t>
            </w:r>
          </w:p>
        </w:tc>
      </w:tr>
      <w:tr>
        <w:trPr>
          <w:cantSplit/>
          <w:trHeight w:val="2835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8.未来规划（建议 300—500 字）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填写要点：说明迭代升级、转化落地与推广普及的下一步安排。</w:t>
            </w:r>
          </w:p>
        </w:tc>
      </w:tr>
      <w:tr>
        <w:trPr>
          <w:cantSplit/>
          <w:trHeight w:val="2835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3118"/>
        <w:gridCol w:w="5840"/>
      </w:tblGrid>
      <w:tr>
        <w:tc>
          <w:tcPr>
            <w:tcW w:type="dxa" w:w="311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本部分实际字数</w:t>
            </w:r>
          </w:p>
        </w:tc>
        <w:tc>
          <w:tcPr>
            <w:tcW w:type="dxa" w:w="5840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　　字（应不少于 3000 字、不超过 5000 字）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四、成果曾获奖励情况（限填 3 项，无相关奖励可不填）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1360"/>
        <w:gridCol w:w="2835"/>
        <w:gridCol w:w="1927"/>
        <w:gridCol w:w="1134"/>
        <w:gridCol w:w="1701"/>
      </w:tblGrid>
      <w:tr>
        <w:tc>
          <w:tcPr>
            <w:tcW w:type="dxa" w:w="1360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时间</w:t>
            </w:r>
          </w:p>
        </w:tc>
        <w:tc>
          <w:tcPr>
            <w:tcW w:type="dxa" w:w="2835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成果名称</w:t>
            </w:r>
          </w:p>
        </w:tc>
        <w:tc>
          <w:tcPr>
            <w:tcW w:type="dxa" w:w="1927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奖项名称</w:t>
            </w:r>
          </w:p>
        </w:tc>
        <w:tc>
          <w:tcPr>
            <w:tcW w:type="dxa" w:w="113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获奖等级</w:t>
            </w:r>
          </w:p>
        </w:tc>
        <w:tc>
          <w:tcPr>
            <w:tcW w:type="dxa" w:w="170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颁奖部门</w:t>
            </w:r>
          </w:p>
        </w:tc>
      </w:tr>
      <w:tr>
        <w:trPr>
          <w:cantSplit/>
          <w:trHeight w:val="623" w:hRule="atLeast"/>
        </w:trPr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13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13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13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五、演示视频与佐证材料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（一）演示视频信息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041"/>
        <w:gridCol w:w="6917"/>
      </w:tblGrid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视频文件名称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时长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分钟（不超过 5 分钟）</w:t>
            </w:r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格式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MP4</w:t>
            </w:r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内容构成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应用场景演示　□ 核心功能介绍　□ 实际效果呈现　□ 教师或学生访谈</w:t>
            </w:r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技术要求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画面清晰　□ 声音清楚</w:t>
            </w:r>
          </w:p>
        </w:tc>
      </w:tr>
      <w:tr>
        <w:trPr>
          <w:cantSplit/>
          <w:trHeight w:val="1247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视频简介（100 字以内）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（二）佐证材料清单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793"/>
        <w:gridCol w:w="2948"/>
        <w:gridCol w:w="2835"/>
        <w:gridCol w:w="907"/>
        <w:gridCol w:w="1474"/>
      </w:tblGrid>
      <w:tr>
        <w:tc>
          <w:tcPr>
            <w:tcW w:type="dxa" w:w="793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序号</w:t>
            </w:r>
          </w:p>
        </w:tc>
        <w:tc>
          <w:tcPr>
            <w:tcW w:type="dxa" w:w="294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材料名称</w:t>
            </w:r>
          </w:p>
        </w:tc>
        <w:tc>
          <w:tcPr>
            <w:tcW w:type="dxa" w:w="2835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材料类型</w:t>
            </w:r>
          </w:p>
        </w:tc>
        <w:tc>
          <w:tcPr>
            <w:tcW w:type="dxa" w:w="907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数量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备注</w:t>
            </w:r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90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90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90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4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90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5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90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6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90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spacing w:before="0" w:after="120" w:line="336" w:lineRule="auto"/>
        <w:ind w:firstLine="400"/>
      </w:pPr>
      <w:r>
        <w:rPr>
          <w:rFonts w:ascii="仿宋" w:hAnsi="仿宋" w:eastAsia="仿宋"/>
          <w:b w:val="0"/>
          <w:sz w:val="20"/>
          <w:u w:val="none"/>
        </w:rPr>
        <w:t>注：材料类型可选填获奖证书、知识产权证书（专利、软著等）、项目立项／结题证明、应用案例、成效数据、媒体报道、成果截图、演示视频（MP4，≤5 分钟）等。</w:t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六、成果完成人情况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（一）成果主持人情况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268"/>
        <w:gridCol w:w="2324"/>
        <w:gridCol w:w="2154"/>
        <w:gridCol w:w="2211"/>
      </w:tblGrid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姓　　名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性　　别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身份证号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出生年月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年　　月</w:t>
            </w:r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最后学历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职务／职称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联系电话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工作单位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电子信箱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现从事工作及专长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邮政编码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通讯地址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041"/>
        <w:gridCol w:w="6917"/>
      </w:tblGrid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主 要 贡 献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仿宋" w:hAnsi="仿宋" w:eastAsia="仿宋"/>
                <w:b w:val="0"/>
                <w:sz w:val="18"/>
                <w:u w:val="none"/>
              </w:rPr>
              <w:t>（200 字以内）</w:t>
            </w:r>
          </w:p>
        </w:tc>
      </w:tr>
      <w:tr>
        <w:trPr>
          <w:cantSplit/>
          <w:trHeight w:val="1814" w:hRule="atLeast"/>
        </w:trPr>
        <w:tc>
          <w:tcPr>
            <w:tcW w:type="dxa" w:w="8958"/>
            <w:gridSpan w:val="2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本人签名：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  <w:jc w:val="right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　　　　　　　　　　　　　　　　　　年　　月　　日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（二）其他成果完成人或单位情况（一般不超过 5 人；“单位”成员可不填姓名及身份证号码）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680"/>
        <w:gridCol w:w="1247"/>
        <w:gridCol w:w="1927"/>
        <w:gridCol w:w="1701"/>
        <w:gridCol w:w="2041"/>
        <w:gridCol w:w="1360"/>
      </w:tblGrid>
      <w:tr>
        <w:tc>
          <w:tcPr>
            <w:tcW w:type="dxa" w:w="680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序号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姓名</w:t>
            </w:r>
          </w:p>
        </w:tc>
        <w:tc>
          <w:tcPr>
            <w:tcW w:type="dxa" w:w="1927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身份证号</w:t>
            </w:r>
          </w:p>
        </w:tc>
        <w:tc>
          <w:tcPr>
            <w:tcW w:type="dxa" w:w="170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单位</w:t>
            </w:r>
          </w:p>
        </w:tc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承担任务及实际贡献</w:t>
            </w:r>
          </w:p>
        </w:tc>
        <w:tc>
          <w:tcPr>
            <w:tcW w:type="dxa" w:w="1360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本人签字或单位盖章</w:t>
            </w:r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1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2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3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4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5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（三）主持单位情况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268"/>
        <w:gridCol w:w="2324"/>
        <w:gridCol w:w="2154"/>
        <w:gridCol w:w="2211"/>
      </w:tblGrid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单位名称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主管部门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统一社会信用代码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联 系 人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联系电话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传　　真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电子信箱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通讯地址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邮政编码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主 要 贡 献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仿宋" w:hAnsi="仿宋" w:eastAsia="仿宋"/>
                <w:b w:val="0"/>
                <w:sz w:val="18"/>
                <w:u w:val="none"/>
              </w:rPr>
              <w:t>（200 字以内）</w:t>
            </w:r>
          </w:p>
        </w:tc>
      </w:tr>
      <w:tr>
        <w:trPr>
          <w:cantSplit/>
          <w:trHeight w:val="1701" w:hRule="atLeast"/>
        </w:trPr>
        <w:tc>
          <w:tcPr>
            <w:tcW w:type="dxa" w:w="8958"/>
            <w:gridSpan w:val="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单位盖章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  <w:jc w:val="right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　　　　　　　　　　　　　　　　　　年　　月　　日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七、推荐、评审意见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041"/>
        <w:gridCol w:w="6917"/>
      </w:tblGrid>
      <w:tr>
        <w:trPr>
          <w:cantSplit/>
          <w:trHeight w:val="2041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申报单位意见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本单位保证该成果的真实性和原创性，同意推荐该成果申报创新成果发布项目，并承诺配合后续展示、推广与监督工作。</w:t>
            </w: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  <w:r>
              <w:rPr>
                <w:rFonts w:ascii="宋体" w:hAnsi="宋体" w:eastAsia="宋体"/>
                <w:b w:val="0"/>
                <w:sz w:val="21"/>
                <w:u w:val="none"/>
              </w:rPr>
              <w:t>单位（章）：　　　　　　　　　　　　　　　　　　　　　　　　　　　　　　年　　月　　日</w:t>
            </w:r>
          </w:p>
        </w:tc>
      </w:tr>
      <w:tr>
        <w:trPr>
          <w:cantSplit/>
          <w:trHeight w:val="1814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推荐分支机构意见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同意推荐　　　□ 不同意推荐</w:t>
            </w: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  <w:r>
              <w:rPr>
                <w:rFonts w:ascii="宋体" w:hAnsi="宋体" w:eastAsia="宋体"/>
                <w:b w:val="0"/>
                <w:sz w:val="21"/>
                <w:u w:val="none"/>
              </w:rPr>
              <w:t>机构（章）：　　　　　　　　　　　　　　　　　　　　　　　　　　　　　　年　　月　　日</w:t>
            </w:r>
          </w:p>
        </w:tc>
      </w:tr>
      <w:tr>
        <w:trPr>
          <w:cantSplit/>
          <w:trHeight w:val="1701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评审意见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  <w:r>
              <w:rPr>
                <w:rFonts w:ascii="宋体" w:hAnsi="宋体" w:eastAsia="宋体"/>
                <w:b w:val="0"/>
                <w:sz w:val="21"/>
                <w:u w:val="none"/>
              </w:rPr>
              <w:t>组长签字：　　　　　　　　　　　　　　　　　　　　　　　　　　　　　　年　　月　　日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80" w:after="100" w:line="312" w:lineRule="auto"/>
      </w:pPr>
      <w:r>
        <w:rPr>
          <w:rFonts w:ascii="黑体" w:hAnsi="黑体" w:eastAsia="黑体"/>
          <w:b/>
          <w:sz w:val="28"/>
          <w:u w:val="none"/>
        </w:rPr>
        <w:t>附：报送说明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1. 成果详细介绍材料：须包含成果背景、创新亮点、核心内容、技术原理、应用场景、实践成效、推广价值、未来规划，字数 3000—5000 字。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2. 佐证材料：成果获奖证书、知识产权证书（专利、软著等）、项目立项／结题证明、应用案例、成效数据、媒体报道、成果截图、演示视频（MP4 格式，时长≤5 分钟）等。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3. 申报承诺书：已随本表前置，须由成果主持人签字、所在单位主要负责人签字（签章）。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4. 报送方式：本表与展示视频及全部申报材料整理在一个文件夹中，以“分支机构+成果名称”命名，压缩后报送至电子邮箱 caet_jia@163.com。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5. 报送截止时间：2026 年 10 月 25 日。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6. 通过遴选的成果将在年会权威发布、集中展示与专题推介。</w:t>
      </w:r>
    </w:p>
    <w:sectPr w:rsidR="00FC693F" w:rsidRPr="0006063C" w:rsidSect="00034616">
      <w:footerReference w:type="default" r:id="rId9"/>
      <w:pgSz w:w="11906" w:h="16838"/>
      <w:pgMar w:top="1361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  <w:u w:val="none"/>
      </w:rPr>
      <w:t xml:space="preserve">— </w:t>
    </w:r>
    <w:r>
      <w:rPr>
        <w:rFonts w:ascii="宋体" w:hAnsi="宋体" w:eastAsia="宋体"/>
        <w:b w:val="0"/>
        <w:sz w:val="21"/>
        <w:u w:val="none"/>
      </w:rPr>
      <w:fldChar w:fldCharType="begin"/>
      <w:instrText xml:space="preserve"> PAGE </w:instrText>
      <w:fldChar w:fldCharType="end"/>
    </w:r>
    <w:r>
      <w:rPr>
        <w:rFonts w:ascii="宋体" w:hAnsi="宋体" w:eastAsia="宋体"/>
        <w:b w:val="0"/>
        <w:sz w:val="21"/>
        <w:u w:val="none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